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D320E" w14:textId="3BB2BDF8" w:rsidR="00D00C4A" w:rsidRPr="0092027F" w:rsidRDefault="00B67E87" w:rsidP="00F50958">
      <w:pPr>
        <w:pStyle w:val="Title"/>
        <w:tabs>
          <w:tab w:val="left" w:pos="5161"/>
        </w:tabs>
        <w:spacing w:after="80" w:line="240" w:lineRule="auto"/>
        <w:rPr>
          <w:rFonts w:ascii="Aptos" w:hAnsi="Aptos"/>
          <w:sz w:val="40"/>
          <w:szCs w:val="40"/>
          <w:lang w:val="en-GB"/>
        </w:rPr>
      </w:pPr>
      <w:r w:rsidRPr="0092027F">
        <w:rPr>
          <w:rFonts w:ascii="Aptos" w:hAnsi="Aptos"/>
          <w:sz w:val="40"/>
          <w:szCs w:val="40"/>
          <w:lang w:val="en-GB"/>
        </w:rPr>
        <w:t>JOB APPLICATION FOR</w:t>
      </w:r>
      <w:r w:rsidR="00D00C4A" w:rsidRPr="0092027F">
        <w:rPr>
          <w:rFonts w:ascii="Aptos" w:hAnsi="Aptos"/>
          <w:sz w:val="40"/>
          <w:szCs w:val="40"/>
          <w:lang w:val="en-GB"/>
        </w:rPr>
        <w:t>M</w:t>
      </w:r>
    </w:p>
    <w:p w14:paraId="3FAD4A02" w14:textId="451FFD4F" w:rsidR="006067FA" w:rsidRPr="0092027F" w:rsidRDefault="00000000" w:rsidP="00F50958">
      <w:pPr>
        <w:spacing w:line="240" w:lineRule="auto"/>
        <w:rPr>
          <w:rFonts w:ascii="Aptos" w:hAnsi="Aptos"/>
          <w:b/>
          <w:sz w:val="24"/>
          <w:szCs w:val="24"/>
          <w:lang w:val="en-GB"/>
        </w:rPr>
      </w:pPr>
      <w:r w:rsidRPr="0092027F">
        <w:rPr>
          <w:rFonts w:ascii="Aptos" w:hAnsi="Aptos"/>
          <w:b/>
          <w:sz w:val="24"/>
          <w:szCs w:val="24"/>
          <w:lang w:val="en-GB"/>
        </w:rPr>
        <w:t>Soteria Children’s Services Group Limited</w:t>
      </w:r>
    </w:p>
    <w:p w14:paraId="071E3FF5" w14:textId="498CB0DD" w:rsidR="005E66F3" w:rsidRPr="0092027F" w:rsidRDefault="00000000" w:rsidP="005E66F3">
      <w:pPr>
        <w:jc w:val="both"/>
        <w:rPr>
          <w:rFonts w:ascii="Aptos" w:hAnsi="Aptos"/>
          <w:sz w:val="22"/>
          <w:lang w:val="en-GB"/>
        </w:rPr>
      </w:pPr>
      <w:r w:rsidRPr="0092027F">
        <w:rPr>
          <w:rFonts w:ascii="Aptos" w:hAnsi="Aptos"/>
          <w:sz w:val="22"/>
          <w:lang w:val="en-GB"/>
        </w:rPr>
        <w:t>For roles in our children’s homes in England. We are committed to safeguarding children and young people and expect everyone who works with us to share that commitment.</w:t>
      </w:r>
      <w:r w:rsidR="00D17FB5" w:rsidRPr="0092027F">
        <w:rPr>
          <w:rFonts w:ascii="Aptos" w:hAnsi="Aptos"/>
          <w:sz w:val="22"/>
          <w:lang w:val="en-GB"/>
        </w:rPr>
        <w:t xml:space="preserve"> Please r</w:t>
      </w:r>
      <w:r w:rsidRPr="0092027F">
        <w:rPr>
          <w:rFonts w:ascii="Aptos" w:hAnsi="Aptos"/>
          <w:sz w:val="22"/>
          <w:lang w:val="en-GB"/>
        </w:rPr>
        <w:t>eturn your application</w:t>
      </w:r>
      <w:r w:rsidR="00D17FB5" w:rsidRPr="0092027F">
        <w:rPr>
          <w:rFonts w:ascii="Aptos" w:hAnsi="Aptos"/>
          <w:sz w:val="22"/>
          <w:lang w:val="en-GB"/>
        </w:rPr>
        <w:t xml:space="preserve"> form</w:t>
      </w:r>
      <w:r w:rsidRPr="0092027F">
        <w:rPr>
          <w:rFonts w:ascii="Aptos" w:hAnsi="Aptos"/>
          <w:sz w:val="22"/>
          <w:lang w:val="en-GB"/>
        </w:rPr>
        <w:t xml:space="preserve"> to</w:t>
      </w:r>
      <w:r w:rsidR="00D17FB5" w:rsidRPr="0092027F">
        <w:rPr>
          <w:rFonts w:ascii="Aptos" w:hAnsi="Aptos"/>
          <w:sz w:val="22"/>
          <w:lang w:val="en-GB"/>
        </w:rPr>
        <w:t xml:space="preserve"> Sophie Higgins, Registered Manager</w:t>
      </w:r>
      <w:r w:rsidR="00E3764A" w:rsidRPr="0092027F">
        <w:rPr>
          <w:rFonts w:ascii="Aptos" w:hAnsi="Aptos"/>
          <w:sz w:val="22"/>
          <w:lang w:val="en-GB"/>
        </w:rPr>
        <w:t xml:space="preserve"> -</w:t>
      </w:r>
      <w:r w:rsidRPr="0092027F">
        <w:rPr>
          <w:rFonts w:ascii="Aptos" w:hAnsi="Aptos"/>
          <w:sz w:val="22"/>
          <w:lang w:val="en-GB"/>
        </w:rPr>
        <w:t xml:space="preserve"> shiggins@soteriagroup.co.uk. </w:t>
      </w:r>
      <w:r w:rsidR="00E3764A" w:rsidRPr="0092027F">
        <w:rPr>
          <w:rFonts w:ascii="Aptos" w:hAnsi="Aptos"/>
          <w:sz w:val="22"/>
          <w:lang w:val="en-GB"/>
        </w:rPr>
        <w:t>If you have any</w:t>
      </w:r>
      <w:r w:rsidRPr="0092027F">
        <w:rPr>
          <w:rFonts w:ascii="Aptos" w:hAnsi="Aptos"/>
          <w:sz w:val="22"/>
          <w:lang w:val="en-GB"/>
        </w:rPr>
        <w:t xml:space="preserve"> </w:t>
      </w:r>
      <w:r w:rsidR="009C00B5" w:rsidRPr="0092027F">
        <w:rPr>
          <w:rFonts w:ascii="Aptos" w:hAnsi="Aptos"/>
          <w:sz w:val="22"/>
          <w:lang w:val="en-GB"/>
        </w:rPr>
        <w:t>questions,</w:t>
      </w:r>
      <w:r w:rsidR="00E3764A" w:rsidRPr="0092027F">
        <w:rPr>
          <w:rFonts w:ascii="Aptos" w:hAnsi="Aptos"/>
          <w:sz w:val="22"/>
          <w:lang w:val="en-GB"/>
        </w:rPr>
        <w:t xml:space="preserve"> you can also contact Sophie</w:t>
      </w:r>
      <w:r w:rsidRPr="0092027F">
        <w:rPr>
          <w:rFonts w:ascii="Aptos" w:hAnsi="Aptos"/>
          <w:sz w:val="22"/>
          <w:lang w:val="en-GB"/>
        </w:rPr>
        <w:t>.</w:t>
      </w:r>
    </w:p>
    <w:tbl>
      <w:tblPr>
        <w:tblStyle w:val="TableGrid"/>
        <w:tblW w:w="9864" w:type="dxa"/>
        <w:tblLook w:val="04A0" w:firstRow="1" w:lastRow="0" w:firstColumn="1" w:lastColumn="0" w:noHBand="0" w:noVBand="1"/>
      </w:tblPr>
      <w:tblGrid>
        <w:gridCol w:w="2552"/>
        <w:gridCol w:w="7312"/>
      </w:tblGrid>
      <w:tr w:rsidR="0091417C" w:rsidRPr="0092027F" w14:paraId="54E3F047" w14:textId="77777777" w:rsidTr="00C10DD1">
        <w:trPr>
          <w:trHeight w:val="603"/>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16F875" w14:textId="21CCEE57" w:rsidR="0091417C" w:rsidRPr="0092027F" w:rsidRDefault="0091417C" w:rsidP="00972AB4">
            <w:pPr>
              <w:spacing w:after="0" w:line="240" w:lineRule="auto"/>
              <w:rPr>
                <w:rFonts w:ascii="Aptos" w:hAnsi="Aptos"/>
                <w:b/>
                <w:sz w:val="22"/>
                <w:lang w:val="en-GB"/>
              </w:rPr>
            </w:pPr>
            <w:r w:rsidRPr="0092027F">
              <w:rPr>
                <w:rFonts w:ascii="Aptos" w:hAnsi="Aptos"/>
                <w:b/>
                <w:sz w:val="22"/>
                <w:lang w:val="en-GB"/>
              </w:rPr>
              <w:t>Position applied for:</w:t>
            </w:r>
          </w:p>
        </w:tc>
        <w:tc>
          <w:tcPr>
            <w:tcW w:w="7312" w:type="dxa"/>
            <w:tcBorders>
              <w:left w:val="single" w:sz="4" w:space="0" w:color="auto"/>
            </w:tcBorders>
            <w:vAlign w:val="center"/>
          </w:tcPr>
          <w:p w14:paraId="53468EDF" w14:textId="60738166" w:rsidR="0091417C" w:rsidRPr="0092027F" w:rsidRDefault="0091417C" w:rsidP="00972AB4">
            <w:pPr>
              <w:spacing w:after="0" w:line="240" w:lineRule="auto"/>
              <w:rPr>
                <w:rFonts w:ascii="Aptos" w:hAnsi="Aptos"/>
                <w:bCs/>
                <w:sz w:val="20"/>
                <w:szCs w:val="20"/>
                <w:lang w:val="en-GB"/>
              </w:rPr>
            </w:pPr>
          </w:p>
        </w:tc>
      </w:tr>
      <w:tr w:rsidR="0091417C" w:rsidRPr="0092027F" w14:paraId="4A8A6BD9" w14:textId="77777777" w:rsidTr="00C10DD1">
        <w:trPr>
          <w:trHeight w:val="603"/>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85C9E1" w14:textId="660413B9" w:rsidR="0091417C" w:rsidRPr="0092027F" w:rsidRDefault="0091417C" w:rsidP="00972AB4">
            <w:pPr>
              <w:spacing w:after="0" w:line="240" w:lineRule="auto"/>
              <w:rPr>
                <w:rFonts w:ascii="Aptos" w:hAnsi="Aptos"/>
                <w:b/>
                <w:sz w:val="22"/>
                <w:lang w:val="en-GB"/>
              </w:rPr>
            </w:pPr>
            <w:r w:rsidRPr="0092027F">
              <w:rPr>
                <w:rFonts w:ascii="Aptos" w:hAnsi="Aptos"/>
                <w:b/>
                <w:sz w:val="22"/>
                <w:lang w:val="en-GB"/>
              </w:rPr>
              <w:t>Home or location:</w:t>
            </w:r>
          </w:p>
        </w:tc>
        <w:tc>
          <w:tcPr>
            <w:tcW w:w="7312" w:type="dxa"/>
            <w:tcBorders>
              <w:left w:val="single" w:sz="4" w:space="0" w:color="auto"/>
            </w:tcBorders>
            <w:vAlign w:val="center"/>
          </w:tcPr>
          <w:p w14:paraId="729EA0C4" w14:textId="32A98257" w:rsidR="0091417C" w:rsidRPr="0092027F" w:rsidRDefault="0091417C" w:rsidP="00972AB4">
            <w:pPr>
              <w:spacing w:after="0" w:line="240" w:lineRule="auto"/>
              <w:rPr>
                <w:rFonts w:ascii="Aptos" w:hAnsi="Aptos"/>
                <w:bCs/>
                <w:sz w:val="20"/>
                <w:szCs w:val="20"/>
                <w:lang w:val="en-GB"/>
              </w:rPr>
            </w:pPr>
          </w:p>
        </w:tc>
      </w:tr>
    </w:tbl>
    <w:p w14:paraId="51753B4F" w14:textId="7E671AA4" w:rsidR="009E6D5A" w:rsidRPr="003015E2" w:rsidRDefault="009E6D5A" w:rsidP="003015E2">
      <w:pPr>
        <w:pStyle w:val="Heading1"/>
        <w:spacing w:before="0" w:after="120"/>
        <w:rPr>
          <w:rFonts w:ascii="Aptos" w:hAnsi="Aptos"/>
          <w:sz w:val="24"/>
          <w:szCs w:val="24"/>
          <w:lang w:val="en-GB"/>
        </w:rPr>
      </w:pPr>
    </w:p>
    <w:tbl>
      <w:tblPr>
        <w:tblStyle w:val="TableGrid"/>
        <w:tblW w:w="9864" w:type="dxa"/>
        <w:tblLook w:val="04A0" w:firstRow="1" w:lastRow="0" w:firstColumn="1" w:lastColumn="0" w:noHBand="0" w:noVBand="1"/>
      </w:tblPr>
      <w:tblGrid>
        <w:gridCol w:w="2552"/>
        <w:gridCol w:w="7312"/>
      </w:tblGrid>
      <w:tr w:rsidR="000E7BD5" w:rsidRPr="0092027F" w14:paraId="7EB17C61" w14:textId="77777777" w:rsidTr="000E7BD5">
        <w:trPr>
          <w:trHeight w:val="730"/>
        </w:trPr>
        <w:tc>
          <w:tcPr>
            <w:tcW w:w="9864" w:type="dxa"/>
            <w:gridSpan w:val="2"/>
            <w:tcBorders>
              <w:top w:val="nil"/>
              <w:left w:val="nil"/>
              <w:bottom w:val="single" w:sz="4" w:space="0" w:color="auto"/>
              <w:right w:val="nil"/>
            </w:tcBorders>
            <w:vAlign w:val="center"/>
          </w:tcPr>
          <w:p w14:paraId="535BAABA" w14:textId="469E60F4" w:rsidR="000E7BD5" w:rsidRPr="000E7BD5" w:rsidRDefault="000E7BD5" w:rsidP="00972AB4">
            <w:pPr>
              <w:spacing w:after="0" w:line="240" w:lineRule="auto"/>
              <w:rPr>
                <w:rFonts w:ascii="Aptos" w:hAnsi="Aptos"/>
                <w:b/>
                <w:bCs/>
                <w:sz w:val="20"/>
                <w:szCs w:val="20"/>
                <w:lang w:val="en-GB"/>
              </w:rPr>
            </w:pPr>
            <w:r w:rsidRPr="000E7BD5">
              <w:rPr>
                <w:rFonts w:ascii="Aptos" w:hAnsi="Aptos"/>
                <w:b/>
                <w:bCs/>
                <w:sz w:val="24"/>
                <w:szCs w:val="24"/>
                <w:lang w:val="en-GB"/>
              </w:rPr>
              <w:t>Personal and Contact Details</w:t>
            </w:r>
          </w:p>
        </w:tc>
      </w:tr>
      <w:tr w:rsidR="00972AB4" w:rsidRPr="0092027F" w14:paraId="54D8CD5B" w14:textId="77777777" w:rsidTr="000E7BD5">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04A63" w14:textId="3E5DCE67"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Full legal name:</w:t>
            </w:r>
          </w:p>
        </w:tc>
        <w:tc>
          <w:tcPr>
            <w:tcW w:w="7312" w:type="dxa"/>
            <w:tcBorders>
              <w:top w:val="single" w:sz="4" w:space="0" w:color="auto"/>
              <w:left w:val="single" w:sz="4" w:space="0" w:color="auto"/>
            </w:tcBorders>
            <w:vAlign w:val="center"/>
          </w:tcPr>
          <w:p w14:paraId="52E27614" w14:textId="77777777" w:rsidR="00972AB4" w:rsidRPr="0092027F" w:rsidRDefault="00972AB4" w:rsidP="00972AB4">
            <w:pPr>
              <w:spacing w:after="0" w:line="240" w:lineRule="auto"/>
              <w:rPr>
                <w:rFonts w:ascii="Aptos" w:hAnsi="Aptos"/>
                <w:bCs/>
                <w:sz w:val="20"/>
                <w:szCs w:val="20"/>
                <w:lang w:val="en-GB"/>
              </w:rPr>
            </w:pPr>
          </w:p>
        </w:tc>
      </w:tr>
      <w:tr w:rsidR="00972AB4" w:rsidRPr="0092027F" w14:paraId="503FF359"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4B1213" w14:textId="1913714F"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Preferred name or title (optional):</w:t>
            </w:r>
          </w:p>
        </w:tc>
        <w:tc>
          <w:tcPr>
            <w:tcW w:w="7312" w:type="dxa"/>
            <w:tcBorders>
              <w:left w:val="single" w:sz="4" w:space="0" w:color="auto"/>
            </w:tcBorders>
            <w:vAlign w:val="center"/>
          </w:tcPr>
          <w:p w14:paraId="0701199B" w14:textId="77777777" w:rsidR="00972AB4" w:rsidRPr="0092027F" w:rsidRDefault="00972AB4" w:rsidP="00972AB4">
            <w:pPr>
              <w:spacing w:after="0" w:line="240" w:lineRule="auto"/>
              <w:rPr>
                <w:rFonts w:ascii="Aptos" w:hAnsi="Aptos"/>
                <w:bCs/>
                <w:sz w:val="20"/>
                <w:szCs w:val="20"/>
                <w:lang w:val="en-GB"/>
              </w:rPr>
            </w:pPr>
          </w:p>
        </w:tc>
      </w:tr>
      <w:tr w:rsidR="00E24A5F" w:rsidRPr="0092027F" w14:paraId="5D69B5C0"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D0A287" w14:textId="1B396BE9" w:rsidR="00E24A5F" w:rsidRPr="0092027F" w:rsidRDefault="00E24A5F" w:rsidP="00972AB4">
            <w:pPr>
              <w:spacing w:after="0" w:line="240" w:lineRule="auto"/>
              <w:rPr>
                <w:rFonts w:ascii="Aptos" w:hAnsi="Aptos"/>
                <w:b/>
                <w:sz w:val="22"/>
                <w:lang w:val="en-GB"/>
              </w:rPr>
            </w:pPr>
            <w:r w:rsidRPr="0092027F">
              <w:rPr>
                <w:rFonts w:ascii="Aptos" w:hAnsi="Aptos"/>
                <w:b/>
                <w:sz w:val="22"/>
                <w:lang w:val="en-GB"/>
              </w:rPr>
              <w:t>Date of Birth:</w:t>
            </w:r>
          </w:p>
        </w:tc>
        <w:tc>
          <w:tcPr>
            <w:tcW w:w="7312" w:type="dxa"/>
            <w:tcBorders>
              <w:left w:val="single" w:sz="4" w:space="0" w:color="auto"/>
            </w:tcBorders>
            <w:vAlign w:val="center"/>
          </w:tcPr>
          <w:p w14:paraId="2BF7D316" w14:textId="77777777" w:rsidR="00E24A5F" w:rsidRPr="0092027F" w:rsidRDefault="00E24A5F" w:rsidP="00972AB4">
            <w:pPr>
              <w:spacing w:after="0" w:line="240" w:lineRule="auto"/>
              <w:rPr>
                <w:rFonts w:ascii="Aptos" w:hAnsi="Aptos"/>
                <w:bCs/>
                <w:sz w:val="20"/>
                <w:szCs w:val="20"/>
                <w:lang w:val="en-GB"/>
              </w:rPr>
            </w:pPr>
          </w:p>
        </w:tc>
      </w:tr>
      <w:tr w:rsidR="00E24A5F" w:rsidRPr="0092027F" w14:paraId="69257519"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02755" w14:textId="048C3521" w:rsidR="00E24A5F" w:rsidRPr="0092027F" w:rsidRDefault="00E24A5F" w:rsidP="00972AB4">
            <w:pPr>
              <w:spacing w:after="0" w:line="240" w:lineRule="auto"/>
              <w:rPr>
                <w:rFonts w:ascii="Aptos" w:hAnsi="Aptos"/>
                <w:b/>
                <w:sz w:val="22"/>
                <w:lang w:val="en-GB"/>
              </w:rPr>
            </w:pPr>
            <w:r w:rsidRPr="0092027F">
              <w:rPr>
                <w:rFonts w:ascii="Aptos" w:hAnsi="Aptos"/>
                <w:b/>
                <w:sz w:val="22"/>
                <w:lang w:val="en-GB"/>
              </w:rPr>
              <w:t>National Insurance Number:</w:t>
            </w:r>
          </w:p>
        </w:tc>
        <w:tc>
          <w:tcPr>
            <w:tcW w:w="7312" w:type="dxa"/>
            <w:tcBorders>
              <w:left w:val="single" w:sz="4" w:space="0" w:color="auto"/>
            </w:tcBorders>
            <w:vAlign w:val="center"/>
          </w:tcPr>
          <w:p w14:paraId="5621C8E9" w14:textId="77777777" w:rsidR="00E24A5F" w:rsidRPr="0092027F" w:rsidRDefault="00E24A5F" w:rsidP="00972AB4">
            <w:pPr>
              <w:spacing w:after="0" w:line="240" w:lineRule="auto"/>
              <w:rPr>
                <w:rFonts w:ascii="Aptos" w:hAnsi="Aptos"/>
                <w:bCs/>
                <w:sz w:val="20"/>
                <w:szCs w:val="20"/>
                <w:lang w:val="en-GB"/>
              </w:rPr>
            </w:pPr>
          </w:p>
        </w:tc>
      </w:tr>
      <w:tr w:rsidR="00972AB4" w:rsidRPr="0092027F" w14:paraId="4E4E177B"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AF4173" w14:textId="72C38F7D"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Current address:</w:t>
            </w:r>
            <w:r w:rsidRPr="0092027F">
              <w:rPr>
                <w:rFonts w:ascii="Aptos" w:hAnsi="Aptos"/>
                <w:b/>
                <w:sz w:val="22"/>
                <w:lang w:val="en-GB"/>
              </w:rPr>
              <w:tab/>
            </w:r>
          </w:p>
        </w:tc>
        <w:tc>
          <w:tcPr>
            <w:tcW w:w="7312" w:type="dxa"/>
            <w:tcBorders>
              <w:left w:val="single" w:sz="4" w:space="0" w:color="auto"/>
            </w:tcBorders>
            <w:vAlign w:val="center"/>
          </w:tcPr>
          <w:p w14:paraId="576EBCCE" w14:textId="215BF931" w:rsidR="00972AB4" w:rsidRPr="0092027F" w:rsidRDefault="00972AB4" w:rsidP="00972AB4">
            <w:pPr>
              <w:spacing w:after="0" w:line="240" w:lineRule="auto"/>
              <w:rPr>
                <w:rFonts w:ascii="Aptos" w:hAnsi="Aptos"/>
                <w:bCs/>
                <w:sz w:val="20"/>
                <w:szCs w:val="20"/>
                <w:lang w:val="en-GB"/>
              </w:rPr>
            </w:pPr>
          </w:p>
        </w:tc>
      </w:tr>
      <w:tr w:rsidR="00972AB4" w:rsidRPr="0092027F" w14:paraId="03C41DE1"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E7B210" w14:textId="33618485"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 xml:space="preserve">Postcode: </w:t>
            </w:r>
            <w:r w:rsidRPr="0092027F">
              <w:rPr>
                <w:rFonts w:ascii="Aptos" w:hAnsi="Aptos"/>
                <w:b/>
                <w:sz w:val="22"/>
                <w:lang w:val="en-GB"/>
              </w:rPr>
              <w:tab/>
            </w:r>
            <w:r w:rsidRPr="0092027F">
              <w:rPr>
                <w:rFonts w:ascii="Aptos" w:hAnsi="Aptos"/>
                <w:b/>
                <w:sz w:val="22"/>
                <w:lang w:val="en-GB"/>
              </w:rPr>
              <w:tab/>
            </w:r>
          </w:p>
        </w:tc>
        <w:tc>
          <w:tcPr>
            <w:tcW w:w="7312" w:type="dxa"/>
            <w:tcBorders>
              <w:left w:val="single" w:sz="4" w:space="0" w:color="auto"/>
            </w:tcBorders>
            <w:vAlign w:val="center"/>
          </w:tcPr>
          <w:p w14:paraId="67A6C443" w14:textId="77777777" w:rsidR="00972AB4" w:rsidRPr="0092027F" w:rsidRDefault="00972AB4" w:rsidP="00972AB4">
            <w:pPr>
              <w:spacing w:after="0" w:line="240" w:lineRule="auto"/>
              <w:rPr>
                <w:rFonts w:ascii="Aptos" w:hAnsi="Aptos"/>
                <w:bCs/>
                <w:sz w:val="20"/>
                <w:szCs w:val="20"/>
                <w:lang w:val="en-GB"/>
              </w:rPr>
            </w:pPr>
          </w:p>
        </w:tc>
      </w:tr>
      <w:tr w:rsidR="00972AB4" w:rsidRPr="0092027F" w14:paraId="7747FC7A"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7773E9" w14:textId="37911942"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Telephone:</w:t>
            </w:r>
          </w:p>
        </w:tc>
        <w:tc>
          <w:tcPr>
            <w:tcW w:w="7312" w:type="dxa"/>
            <w:tcBorders>
              <w:left w:val="single" w:sz="4" w:space="0" w:color="auto"/>
            </w:tcBorders>
            <w:vAlign w:val="center"/>
          </w:tcPr>
          <w:p w14:paraId="7DA67E4B" w14:textId="77777777" w:rsidR="00972AB4" w:rsidRPr="0092027F" w:rsidRDefault="00972AB4" w:rsidP="00972AB4">
            <w:pPr>
              <w:spacing w:after="0" w:line="240" w:lineRule="auto"/>
              <w:rPr>
                <w:rFonts w:ascii="Aptos" w:hAnsi="Aptos"/>
                <w:bCs/>
                <w:sz w:val="20"/>
                <w:szCs w:val="20"/>
                <w:lang w:val="en-GB"/>
              </w:rPr>
            </w:pPr>
          </w:p>
        </w:tc>
      </w:tr>
      <w:tr w:rsidR="00972AB4" w:rsidRPr="0092027F" w14:paraId="7659E1DB"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ADD07B" w14:textId="12DECEC2"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Email:</w:t>
            </w:r>
            <w:r w:rsidRPr="0092027F">
              <w:rPr>
                <w:rFonts w:ascii="Aptos" w:hAnsi="Aptos"/>
                <w:b/>
                <w:sz w:val="22"/>
                <w:lang w:val="en-GB"/>
              </w:rPr>
              <w:tab/>
            </w:r>
          </w:p>
        </w:tc>
        <w:tc>
          <w:tcPr>
            <w:tcW w:w="7312" w:type="dxa"/>
            <w:tcBorders>
              <w:left w:val="single" w:sz="4" w:space="0" w:color="auto"/>
            </w:tcBorders>
            <w:vAlign w:val="center"/>
          </w:tcPr>
          <w:p w14:paraId="6A23B168" w14:textId="77777777" w:rsidR="00972AB4" w:rsidRPr="0092027F" w:rsidRDefault="00972AB4" w:rsidP="00972AB4">
            <w:pPr>
              <w:spacing w:after="0" w:line="240" w:lineRule="auto"/>
              <w:rPr>
                <w:rFonts w:ascii="Aptos" w:hAnsi="Aptos"/>
                <w:bCs/>
                <w:sz w:val="20"/>
                <w:szCs w:val="20"/>
                <w:lang w:val="en-GB"/>
              </w:rPr>
            </w:pPr>
          </w:p>
        </w:tc>
      </w:tr>
      <w:tr w:rsidR="00972AB4" w:rsidRPr="0092027F" w14:paraId="09E06969" w14:textId="77777777" w:rsidTr="00E203AF">
        <w:trPr>
          <w:trHeight w:val="73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2A4B10" w14:textId="0889630F" w:rsidR="00972AB4" w:rsidRPr="0092027F" w:rsidRDefault="00972AB4" w:rsidP="00972AB4">
            <w:pPr>
              <w:spacing w:after="0" w:line="240" w:lineRule="auto"/>
              <w:rPr>
                <w:rFonts w:ascii="Aptos" w:hAnsi="Aptos"/>
                <w:b/>
                <w:sz w:val="22"/>
                <w:lang w:val="en-GB"/>
              </w:rPr>
            </w:pPr>
            <w:r w:rsidRPr="0092027F">
              <w:rPr>
                <w:rFonts w:ascii="Aptos" w:hAnsi="Aptos"/>
                <w:b/>
                <w:sz w:val="22"/>
                <w:lang w:val="en-GB"/>
              </w:rPr>
              <w:t>Where did you hear about the vacancy:</w:t>
            </w:r>
          </w:p>
        </w:tc>
        <w:tc>
          <w:tcPr>
            <w:tcW w:w="7312" w:type="dxa"/>
            <w:tcBorders>
              <w:left w:val="single" w:sz="4" w:space="0" w:color="auto"/>
            </w:tcBorders>
            <w:vAlign w:val="center"/>
          </w:tcPr>
          <w:p w14:paraId="788E65B3" w14:textId="77777777" w:rsidR="00972AB4" w:rsidRPr="0092027F" w:rsidRDefault="00972AB4" w:rsidP="00972AB4">
            <w:pPr>
              <w:spacing w:after="0" w:line="240" w:lineRule="auto"/>
              <w:rPr>
                <w:rFonts w:ascii="Aptos" w:hAnsi="Aptos"/>
                <w:bCs/>
                <w:sz w:val="20"/>
                <w:szCs w:val="20"/>
                <w:lang w:val="en-GB"/>
              </w:rPr>
            </w:pPr>
          </w:p>
        </w:tc>
      </w:tr>
      <w:tr w:rsidR="00527383" w:rsidRPr="0092027F" w14:paraId="7AF4D905" w14:textId="77777777" w:rsidTr="009E58A7">
        <w:trPr>
          <w:trHeight w:val="1134"/>
        </w:trPr>
        <w:tc>
          <w:tcPr>
            <w:tcW w:w="9864" w:type="dxa"/>
            <w:gridSpan w:val="2"/>
            <w:tcBorders>
              <w:top w:val="single" w:sz="4" w:space="0" w:color="auto"/>
              <w:left w:val="single" w:sz="4" w:space="0" w:color="auto"/>
              <w:bottom w:val="single" w:sz="4" w:space="0" w:color="auto"/>
            </w:tcBorders>
            <w:shd w:val="clear" w:color="auto" w:fill="F2F2F2" w:themeFill="background1" w:themeFillShade="F2"/>
            <w:vAlign w:val="center"/>
          </w:tcPr>
          <w:p w14:paraId="1857CA34" w14:textId="6CED50E8" w:rsidR="00527383" w:rsidRPr="0092027F" w:rsidRDefault="00527383" w:rsidP="00D42B51">
            <w:pPr>
              <w:spacing w:after="0" w:line="276" w:lineRule="auto"/>
              <w:rPr>
                <w:rFonts w:ascii="Aptos" w:hAnsi="Aptos"/>
                <w:b/>
                <w:bCs/>
                <w:sz w:val="24"/>
                <w:szCs w:val="24"/>
                <w:lang w:val="en-GB"/>
              </w:rPr>
            </w:pPr>
            <w:r w:rsidRPr="0092027F">
              <w:rPr>
                <w:rFonts w:ascii="Aptos" w:hAnsi="Aptos"/>
                <w:b/>
                <w:bCs/>
                <w:sz w:val="22"/>
                <w:lang w:val="en-GB"/>
              </w:rPr>
              <w:t xml:space="preserve">Declare any family, close personal or business relationship with a Soteria </w:t>
            </w:r>
            <w:r w:rsidR="005E4764" w:rsidRPr="0092027F">
              <w:rPr>
                <w:rFonts w:ascii="Aptos" w:hAnsi="Aptos"/>
                <w:b/>
                <w:bCs/>
                <w:sz w:val="22"/>
                <w:lang w:val="en-GB"/>
              </w:rPr>
              <w:t xml:space="preserve">Children’s Services </w:t>
            </w:r>
            <w:r w:rsidRPr="0092027F">
              <w:rPr>
                <w:rFonts w:ascii="Aptos" w:hAnsi="Aptos"/>
                <w:b/>
                <w:bCs/>
                <w:sz w:val="22"/>
                <w:lang w:val="en-GB"/>
              </w:rPr>
              <w:t>employee or director, or other connection that could create a conflict in this role. Write “none” if there is no conflict.</w:t>
            </w:r>
          </w:p>
        </w:tc>
      </w:tr>
      <w:tr w:rsidR="00527383" w:rsidRPr="0092027F" w14:paraId="1E825991" w14:textId="77777777" w:rsidTr="00D64F94">
        <w:trPr>
          <w:trHeight w:val="1908"/>
        </w:trPr>
        <w:tc>
          <w:tcPr>
            <w:tcW w:w="9864" w:type="dxa"/>
            <w:gridSpan w:val="2"/>
            <w:tcBorders>
              <w:top w:val="single" w:sz="4" w:space="0" w:color="auto"/>
              <w:left w:val="single" w:sz="4" w:space="0" w:color="auto"/>
              <w:bottom w:val="single" w:sz="4" w:space="0" w:color="auto"/>
            </w:tcBorders>
            <w:vAlign w:val="center"/>
          </w:tcPr>
          <w:p w14:paraId="2EEB9365" w14:textId="77777777" w:rsidR="00527383" w:rsidRPr="0092027F" w:rsidRDefault="00527383" w:rsidP="00D42B51">
            <w:pPr>
              <w:spacing w:after="0" w:line="240" w:lineRule="auto"/>
              <w:rPr>
                <w:rFonts w:ascii="Aptos" w:hAnsi="Aptos"/>
                <w:bCs/>
                <w:sz w:val="20"/>
                <w:szCs w:val="20"/>
                <w:lang w:val="en-GB"/>
              </w:rPr>
            </w:pPr>
          </w:p>
        </w:tc>
      </w:tr>
    </w:tbl>
    <w:p w14:paraId="37BBAFA3" w14:textId="6579934A" w:rsidR="00B06423" w:rsidRPr="0092027F" w:rsidRDefault="00B06423" w:rsidP="0089651E">
      <w:pPr>
        <w:rPr>
          <w:b/>
          <w:bCs/>
          <w:sz w:val="24"/>
          <w:szCs w:val="24"/>
          <w:lang w:val="en-GB"/>
        </w:rPr>
      </w:pPr>
    </w:p>
    <w:tbl>
      <w:tblPr>
        <w:tblStyle w:val="TableGrid"/>
        <w:tblW w:w="9918" w:type="dxa"/>
        <w:tblLook w:val="04A0" w:firstRow="1" w:lastRow="0" w:firstColumn="1" w:lastColumn="0" w:noHBand="0" w:noVBand="1"/>
      </w:tblPr>
      <w:tblGrid>
        <w:gridCol w:w="562"/>
        <w:gridCol w:w="1917"/>
        <w:gridCol w:w="807"/>
        <w:gridCol w:w="524"/>
        <w:gridCol w:w="1149"/>
        <w:gridCol w:w="2479"/>
        <w:gridCol w:w="2480"/>
      </w:tblGrid>
      <w:tr w:rsidR="008A512A" w:rsidRPr="0092027F" w14:paraId="7B48177B" w14:textId="77777777" w:rsidTr="009270A2">
        <w:trPr>
          <w:trHeight w:val="567"/>
        </w:trPr>
        <w:tc>
          <w:tcPr>
            <w:tcW w:w="9918" w:type="dxa"/>
            <w:gridSpan w:val="7"/>
            <w:tcBorders>
              <w:top w:val="nil"/>
              <w:left w:val="nil"/>
              <w:bottom w:val="nil"/>
              <w:right w:val="nil"/>
            </w:tcBorders>
            <w:vAlign w:val="center"/>
          </w:tcPr>
          <w:p w14:paraId="33270719" w14:textId="7F2C17EA" w:rsidR="008A512A" w:rsidRPr="0092027F" w:rsidRDefault="008A512A" w:rsidP="00A621ED">
            <w:pPr>
              <w:keepNext/>
              <w:spacing w:after="40"/>
              <w:rPr>
                <w:rFonts w:ascii="Aptos" w:hAnsi="Aptos"/>
                <w:b/>
                <w:bCs/>
                <w:sz w:val="22"/>
                <w:lang w:val="en-GB"/>
              </w:rPr>
            </w:pPr>
            <w:r w:rsidRPr="0092027F">
              <w:rPr>
                <w:b/>
                <w:bCs/>
                <w:sz w:val="24"/>
                <w:szCs w:val="24"/>
                <w:lang w:val="en-GB"/>
              </w:rPr>
              <w:lastRenderedPageBreak/>
              <w:t>Previous Names</w:t>
            </w:r>
          </w:p>
        </w:tc>
      </w:tr>
      <w:tr w:rsidR="00C6476E" w:rsidRPr="0092027F" w14:paraId="1599C28B" w14:textId="77777777" w:rsidTr="009270A2">
        <w:trPr>
          <w:trHeight w:val="567"/>
        </w:trPr>
        <w:tc>
          <w:tcPr>
            <w:tcW w:w="9918" w:type="dxa"/>
            <w:gridSpan w:val="7"/>
            <w:tcBorders>
              <w:top w:val="nil"/>
              <w:left w:val="nil"/>
              <w:bottom w:val="nil"/>
              <w:right w:val="nil"/>
            </w:tcBorders>
            <w:vAlign w:val="center"/>
          </w:tcPr>
          <w:p w14:paraId="28CE838F" w14:textId="51797694" w:rsidR="00C6476E" w:rsidRPr="0092027F" w:rsidRDefault="00C6476E" w:rsidP="00A621ED">
            <w:pPr>
              <w:keepNext/>
              <w:spacing w:after="40"/>
              <w:rPr>
                <w:rFonts w:ascii="Aptos" w:hAnsi="Aptos"/>
                <w:b/>
                <w:bCs/>
                <w:sz w:val="24"/>
                <w:szCs w:val="24"/>
                <w:lang w:val="en-GB"/>
              </w:rPr>
            </w:pPr>
            <w:r w:rsidRPr="0092027F">
              <w:rPr>
                <w:rFonts w:ascii="Aptos" w:hAnsi="Aptos"/>
                <w:b/>
                <w:bCs/>
                <w:sz w:val="22"/>
                <w:lang w:val="en-GB"/>
              </w:rPr>
              <w:t>Have you ever used, or been known by, any other name?</w:t>
            </w:r>
          </w:p>
        </w:tc>
      </w:tr>
      <w:tr w:rsidR="00C6476E" w:rsidRPr="0092027F" w14:paraId="503A21F7" w14:textId="77777777" w:rsidTr="009270A2">
        <w:trPr>
          <w:trHeight w:val="567"/>
        </w:trPr>
        <w:tc>
          <w:tcPr>
            <w:tcW w:w="562" w:type="dxa"/>
            <w:tcBorders>
              <w:top w:val="nil"/>
              <w:left w:val="nil"/>
              <w:bottom w:val="nil"/>
              <w:right w:val="nil"/>
            </w:tcBorders>
            <w:vAlign w:val="center"/>
          </w:tcPr>
          <w:p w14:paraId="46C90DCF" w14:textId="77777777" w:rsidR="00C6476E" w:rsidRPr="0092027F" w:rsidRDefault="00C6476E" w:rsidP="00A621ED">
            <w:pPr>
              <w:spacing w:after="0"/>
              <w:rPr>
                <w:rFonts w:ascii="Aptos" w:hAnsi="Aptos"/>
                <w:sz w:val="24"/>
                <w:szCs w:val="24"/>
                <w:lang w:val="en-GB"/>
              </w:rPr>
            </w:pPr>
            <w:r w:rsidRPr="0092027F">
              <w:rPr>
                <w:rFonts w:ascii="Aptos" w:hAnsi="Aptos"/>
                <w:sz w:val="24"/>
                <w:szCs w:val="24"/>
                <w:lang w:val="en-GB"/>
              </w:rPr>
              <w:fldChar w:fldCharType="begin">
                <w:ffData>
                  <w:name w:val="Check1"/>
                  <w:enabled/>
                  <w:calcOnExit w:val="0"/>
                  <w:checkBox>
                    <w:sizeAuto/>
                    <w:default w:val="0"/>
                  </w:checkBox>
                </w:ffData>
              </w:fldChar>
            </w:r>
            <w:r w:rsidRPr="0092027F">
              <w:rPr>
                <w:rFonts w:ascii="Aptos" w:hAnsi="Aptos"/>
                <w:sz w:val="24"/>
                <w:szCs w:val="24"/>
                <w:lang w:val="en-GB"/>
              </w:rPr>
              <w:instrText xml:space="preserve"> FORMCHECKBOX </w:instrText>
            </w:r>
            <w:r w:rsidRPr="0092027F">
              <w:rPr>
                <w:rFonts w:ascii="Aptos" w:hAnsi="Aptos"/>
                <w:sz w:val="24"/>
                <w:szCs w:val="24"/>
                <w:lang w:val="en-GB"/>
              </w:rPr>
            </w:r>
            <w:r w:rsidRPr="0092027F">
              <w:rPr>
                <w:rFonts w:ascii="Aptos" w:hAnsi="Aptos"/>
                <w:sz w:val="24"/>
                <w:szCs w:val="24"/>
                <w:lang w:val="en-GB"/>
              </w:rPr>
              <w:fldChar w:fldCharType="separate"/>
            </w:r>
            <w:r w:rsidRPr="0092027F">
              <w:rPr>
                <w:rFonts w:ascii="Aptos" w:hAnsi="Aptos"/>
                <w:sz w:val="24"/>
                <w:szCs w:val="24"/>
                <w:lang w:val="en-GB"/>
              </w:rPr>
              <w:fldChar w:fldCharType="end"/>
            </w:r>
          </w:p>
        </w:tc>
        <w:tc>
          <w:tcPr>
            <w:tcW w:w="2724" w:type="dxa"/>
            <w:gridSpan w:val="2"/>
            <w:tcBorders>
              <w:top w:val="nil"/>
              <w:left w:val="nil"/>
              <w:bottom w:val="nil"/>
              <w:right w:val="nil"/>
            </w:tcBorders>
            <w:vAlign w:val="center"/>
          </w:tcPr>
          <w:p w14:paraId="2A23AAB2" w14:textId="76BC6A17" w:rsidR="00C6476E" w:rsidRPr="0092027F" w:rsidRDefault="00C6476E" w:rsidP="00A621ED">
            <w:pPr>
              <w:spacing w:after="0"/>
              <w:rPr>
                <w:rFonts w:ascii="Aptos" w:hAnsi="Aptos"/>
                <w:sz w:val="22"/>
                <w:lang w:val="en-GB"/>
              </w:rPr>
            </w:pPr>
            <w:r w:rsidRPr="0092027F">
              <w:rPr>
                <w:rFonts w:ascii="Aptos" w:hAnsi="Aptos"/>
                <w:sz w:val="22"/>
                <w:lang w:val="en-GB"/>
              </w:rPr>
              <w:t>Yes</w:t>
            </w:r>
          </w:p>
        </w:tc>
        <w:tc>
          <w:tcPr>
            <w:tcW w:w="524" w:type="dxa"/>
            <w:tcBorders>
              <w:top w:val="nil"/>
              <w:left w:val="nil"/>
              <w:bottom w:val="nil"/>
              <w:right w:val="nil"/>
            </w:tcBorders>
            <w:vAlign w:val="center"/>
          </w:tcPr>
          <w:p w14:paraId="3558491A" w14:textId="77777777" w:rsidR="00C6476E" w:rsidRPr="0092027F" w:rsidRDefault="00C6476E" w:rsidP="00A621ED">
            <w:pPr>
              <w:spacing w:after="0"/>
              <w:rPr>
                <w:rFonts w:ascii="Aptos" w:hAnsi="Aptos"/>
                <w:sz w:val="22"/>
                <w:lang w:val="en-GB"/>
              </w:rPr>
            </w:pPr>
            <w:r w:rsidRPr="0092027F">
              <w:rPr>
                <w:rFonts w:ascii="Aptos" w:hAnsi="Aptos"/>
                <w:sz w:val="22"/>
                <w:lang w:val="en-GB"/>
              </w:rPr>
              <w:fldChar w:fldCharType="begin">
                <w:ffData>
                  <w:name w:val="Check2"/>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6108" w:type="dxa"/>
            <w:gridSpan w:val="3"/>
            <w:tcBorders>
              <w:top w:val="nil"/>
              <w:left w:val="nil"/>
              <w:bottom w:val="nil"/>
              <w:right w:val="nil"/>
            </w:tcBorders>
            <w:vAlign w:val="center"/>
          </w:tcPr>
          <w:p w14:paraId="16F94D81" w14:textId="353EFB01" w:rsidR="00C6476E" w:rsidRPr="0092027F" w:rsidRDefault="00C6476E" w:rsidP="00A621ED">
            <w:pPr>
              <w:spacing w:after="0"/>
              <w:rPr>
                <w:rFonts w:ascii="Aptos" w:hAnsi="Aptos"/>
                <w:sz w:val="22"/>
                <w:lang w:val="en-GB"/>
              </w:rPr>
            </w:pPr>
            <w:r w:rsidRPr="0092027F">
              <w:rPr>
                <w:rFonts w:ascii="Aptos" w:hAnsi="Aptos"/>
                <w:sz w:val="22"/>
                <w:lang w:val="en-GB"/>
              </w:rPr>
              <w:t>No</w:t>
            </w:r>
          </w:p>
        </w:tc>
      </w:tr>
      <w:tr w:rsidR="00231C63" w:rsidRPr="0092027F" w14:paraId="552DCD8E" w14:textId="77777777" w:rsidTr="009270A2">
        <w:trPr>
          <w:trHeight w:val="567"/>
        </w:trPr>
        <w:tc>
          <w:tcPr>
            <w:tcW w:w="9918" w:type="dxa"/>
            <w:gridSpan w:val="7"/>
            <w:tcBorders>
              <w:top w:val="nil"/>
              <w:left w:val="nil"/>
              <w:bottom w:val="single" w:sz="4" w:space="0" w:color="auto"/>
              <w:right w:val="nil"/>
            </w:tcBorders>
            <w:vAlign w:val="center"/>
          </w:tcPr>
          <w:p w14:paraId="0B68F93A" w14:textId="21B07186" w:rsidR="00ED05AD" w:rsidRPr="0092027F" w:rsidRDefault="006D58C9" w:rsidP="008967A9">
            <w:pPr>
              <w:spacing w:before="120" w:after="120"/>
              <w:jc w:val="both"/>
              <w:rPr>
                <w:rFonts w:ascii="Aptos" w:hAnsi="Aptos"/>
                <w:sz w:val="22"/>
                <w:lang w:val="en-GB"/>
              </w:rPr>
            </w:pPr>
            <w:r w:rsidRPr="006D58C9">
              <w:rPr>
                <w:rFonts w:ascii="Aptos" w:hAnsi="Aptos"/>
                <w:sz w:val="22"/>
                <w:lang w:val="en-GB"/>
              </w:rPr>
              <w:t xml:space="preserve">If </w:t>
            </w:r>
            <w:proofErr w:type="gramStart"/>
            <w:r w:rsidRPr="006D58C9">
              <w:rPr>
                <w:rFonts w:ascii="Aptos" w:hAnsi="Aptos"/>
                <w:sz w:val="22"/>
                <w:lang w:val="en-GB"/>
              </w:rPr>
              <w:t>Yes</w:t>
            </w:r>
            <w:proofErr w:type="gramEnd"/>
            <w:r w:rsidRPr="006D58C9">
              <w:rPr>
                <w:rFonts w:ascii="Aptos" w:hAnsi="Aptos"/>
                <w:sz w:val="22"/>
                <w:lang w:val="en-GB"/>
              </w:rPr>
              <w:t>, please provide all previous names by which you have been known, including previous surnames, married names, names changed by deed poll, adopted names and aliases.</w:t>
            </w:r>
            <w:r>
              <w:rPr>
                <w:rFonts w:ascii="Aptos" w:hAnsi="Aptos"/>
                <w:sz w:val="22"/>
                <w:lang w:val="en-GB"/>
              </w:rPr>
              <w:t xml:space="preserve"> </w:t>
            </w:r>
            <w:r w:rsidRPr="006D58C9">
              <w:rPr>
                <w:rFonts w:ascii="Aptos" w:hAnsi="Aptos"/>
                <w:sz w:val="22"/>
                <w:lang w:val="en-GB"/>
              </w:rPr>
              <w:t>Approximate dates are acceptable where exact dates are not known. We may ask you to provide appropriate evidence linking your previous and current names during the recruitment checking process.</w:t>
            </w:r>
          </w:p>
        </w:tc>
      </w:tr>
      <w:tr w:rsidR="00ED05AD" w:rsidRPr="0092027F" w14:paraId="73623B38" w14:textId="77777777" w:rsidTr="009270A2">
        <w:trPr>
          <w:trHeight w:val="524"/>
        </w:trPr>
        <w:tc>
          <w:tcPr>
            <w:tcW w:w="2479" w:type="dxa"/>
            <w:gridSpan w:val="2"/>
            <w:tcBorders>
              <w:top w:val="single" w:sz="4" w:space="0" w:color="auto"/>
            </w:tcBorders>
            <w:shd w:val="clear" w:color="auto" w:fill="F2F2F2" w:themeFill="background1" w:themeFillShade="F2"/>
            <w:vAlign w:val="center"/>
          </w:tcPr>
          <w:p w14:paraId="67AEA0E8" w14:textId="7FA085D3" w:rsidR="00ED05AD" w:rsidRDefault="00ED05AD" w:rsidP="00A621ED">
            <w:pPr>
              <w:spacing w:after="0"/>
              <w:rPr>
                <w:rFonts w:ascii="Aptos" w:hAnsi="Aptos"/>
                <w:sz w:val="22"/>
                <w:lang w:val="en-GB"/>
              </w:rPr>
            </w:pPr>
            <w:r w:rsidRPr="0092027F">
              <w:rPr>
                <w:rFonts w:ascii="Aptos" w:hAnsi="Aptos"/>
                <w:b/>
                <w:color w:val="auto"/>
                <w:sz w:val="22"/>
                <w:lang w:val="en-GB"/>
              </w:rPr>
              <w:t>Previous full name</w:t>
            </w:r>
          </w:p>
        </w:tc>
        <w:tc>
          <w:tcPr>
            <w:tcW w:w="2480" w:type="dxa"/>
            <w:gridSpan w:val="3"/>
            <w:tcBorders>
              <w:top w:val="single" w:sz="4" w:space="0" w:color="auto"/>
            </w:tcBorders>
            <w:shd w:val="clear" w:color="auto" w:fill="F2F2F2" w:themeFill="background1" w:themeFillShade="F2"/>
            <w:vAlign w:val="center"/>
          </w:tcPr>
          <w:p w14:paraId="315FC3BE" w14:textId="22BF4FD7" w:rsidR="00ED05AD" w:rsidRDefault="00ED05AD" w:rsidP="00A621ED">
            <w:pPr>
              <w:spacing w:after="0"/>
              <w:rPr>
                <w:rFonts w:ascii="Aptos" w:hAnsi="Aptos"/>
                <w:sz w:val="22"/>
                <w:lang w:val="en-GB"/>
              </w:rPr>
            </w:pPr>
            <w:r w:rsidRPr="0092027F">
              <w:rPr>
                <w:rFonts w:ascii="Aptos" w:hAnsi="Aptos"/>
                <w:b/>
                <w:color w:val="auto"/>
                <w:sz w:val="22"/>
                <w:lang w:val="en-GB"/>
              </w:rPr>
              <w:t>From</w:t>
            </w:r>
            <w:r w:rsidRPr="0092027F">
              <w:rPr>
                <w:rFonts w:ascii="Aptos" w:hAnsi="Aptos"/>
                <w:b/>
                <w:color w:val="auto"/>
                <w:sz w:val="22"/>
                <w:lang w:val="en-GB"/>
              </w:rPr>
              <w:br/>
              <w:t>MM/YYYY</w:t>
            </w:r>
          </w:p>
        </w:tc>
        <w:tc>
          <w:tcPr>
            <w:tcW w:w="2479" w:type="dxa"/>
            <w:tcBorders>
              <w:top w:val="single" w:sz="4" w:space="0" w:color="auto"/>
            </w:tcBorders>
            <w:shd w:val="clear" w:color="auto" w:fill="F2F2F2" w:themeFill="background1" w:themeFillShade="F2"/>
            <w:vAlign w:val="center"/>
          </w:tcPr>
          <w:p w14:paraId="41E5133C" w14:textId="20669F08" w:rsidR="00ED05AD" w:rsidRDefault="00ED05AD" w:rsidP="00A621ED">
            <w:pPr>
              <w:spacing w:after="0"/>
              <w:rPr>
                <w:rFonts w:ascii="Aptos" w:hAnsi="Aptos"/>
                <w:sz w:val="22"/>
                <w:lang w:val="en-GB"/>
              </w:rPr>
            </w:pPr>
            <w:r w:rsidRPr="0092027F">
              <w:rPr>
                <w:rFonts w:ascii="Aptos" w:hAnsi="Aptos"/>
                <w:b/>
                <w:color w:val="auto"/>
                <w:sz w:val="22"/>
                <w:lang w:val="en-GB"/>
              </w:rPr>
              <w:t>To</w:t>
            </w:r>
            <w:r w:rsidRPr="0092027F">
              <w:rPr>
                <w:rFonts w:ascii="Aptos" w:hAnsi="Aptos"/>
                <w:b/>
                <w:color w:val="auto"/>
                <w:sz w:val="22"/>
                <w:lang w:val="en-GB"/>
              </w:rPr>
              <w:br/>
              <w:t>MM/YYYY</w:t>
            </w:r>
          </w:p>
        </w:tc>
        <w:tc>
          <w:tcPr>
            <w:tcW w:w="2480" w:type="dxa"/>
            <w:tcBorders>
              <w:top w:val="single" w:sz="4" w:space="0" w:color="auto"/>
            </w:tcBorders>
            <w:shd w:val="clear" w:color="auto" w:fill="F2F2F2" w:themeFill="background1" w:themeFillShade="F2"/>
            <w:vAlign w:val="center"/>
          </w:tcPr>
          <w:p w14:paraId="081D9ED0" w14:textId="1BEFCB07" w:rsidR="00ED05AD" w:rsidRDefault="00ED05AD" w:rsidP="00A621ED">
            <w:pPr>
              <w:spacing w:after="0"/>
              <w:rPr>
                <w:rFonts w:ascii="Aptos" w:hAnsi="Aptos"/>
                <w:sz w:val="22"/>
                <w:lang w:val="en-GB"/>
              </w:rPr>
            </w:pPr>
            <w:r w:rsidRPr="0092027F">
              <w:rPr>
                <w:rFonts w:ascii="Aptos" w:hAnsi="Aptos"/>
                <w:b/>
                <w:color w:val="auto"/>
                <w:sz w:val="22"/>
                <w:lang w:val="en-GB"/>
              </w:rPr>
              <w:t>Reason for change or evidence available</w:t>
            </w:r>
          </w:p>
        </w:tc>
      </w:tr>
      <w:tr w:rsidR="00ED05AD" w:rsidRPr="0092027F" w14:paraId="05D2C604" w14:textId="77777777" w:rsidTr="00A621ED">
        <w:trPr>
          <w:trHeight w:val="524"/>
        </w:trPr>
        <w:tc>
          <w:tcPr>
            <w:tcW w:w="2479" w:type="dxa"/>
            <w:gridSpan w:val="2"/>
            <w:vAlign w:val="center"/>
          </w:tcPr>
          <w:p w14:paraId="51D514DB" w14:textId="77777777" w:rsidR="00ED05AD" w:rsidRDefault="00ED05AD" w:rsidP="00A621ED">
            <w:pPr>
              <w:spacing w:after="0"/>
              <w:rPr>
                <w:rFonts w:ascii="Aptos" w:hAnsi="Aptos"/>
                <w:sz w:val="22"/>
                <w:lang w:val="en-GB"/>
              </w:rPr>
            </w:pPr>
          </w:p>
        </w:tc>
        <w:tc>
          <w:tcPr>
            <w:tcW w:w="2480" w:type="dxa"/>
            <w:gridSpan w:val="3"/>
            <w:vAlign w:val="center"/>
          </w:tcPr>
          <w:p w14:paraId="768E002E" w14:textId="77777777" w:rsidR="00ED05AD" w:rsidRDefault="00ED05AD" w:rsidP="00A621ED">
            <w:pPr>
              <w:spacing w:after="0"/>
              <w:rPr>
                <w:rFonts w:ascii="Aptos" w:hAnsi="Aptos"/>
                <w:sz w:val="22"/>
                <w:lang w:val="en-GB"/>
              </w:rPr>
            </w:pPr>
          </w:p>
        </w:tc>
        <w:tc>
          <w:tcPr>
            <w:tcW w:w="2479" w:type="dxa"/>
            <w:vAlign w:val="center"/>
          </w:tcPr>
          <w:p w14:paraId="40A9D0C2" w14:textId="77777777" w:rsidR="00ED05AD" w:rsidRDefault="00ED05AD" w:rsidP="00A621ED">
            <w:pPr>
              <w:spacing w:after="0"/>
              <w:rPr>
                <w:rFonts w:ascii="Aptos" w:hAnsi="Aptos"/>
                <w:sz w:val="22"/>
                <w:lang w:val="en-GB"/>
              </w:rPr>
            </w:pPr>
          </w:p>
        </w:tc>
        <w:tc>
          <w:tcPr>
            <w:tcW w:w="2480" w:type="dxa"/>
            <w:vAlign w:val="center"/>
          </w:tcPr>
          <w:p w14:paraId="4DBA7978" w14:textId="77777777" w:rsidR="00ED05AD" w:rsidRDefault="00ED05AD" w:rsidP="00A621ED">
            <w:pPr>
              <w:spacing w:after="0"/>
              <w:rPr>
                <w:rFonts w:ascii="Aptos" w:hAnsi="Aptos"/>
                <w:sz w:val="22"/>
                <w:lang w:val="en-GB"/>
              </w:rPr>
            </w:pPr>
          </w:p>
        </w:tc>
      </w:tr>
      <w:tr w:rsidR="00ED05AD" w:rsidRPr="0092027F" w14:paraId="00DD1F68" w14:textId="77777777" w:rsidTr="00A621ED">
        <w:trPr>
          <w:trHeight w:val="524"/>
        </w:trPr>
        <w:tc>
          <w:tcPr>
            <w:tcW w:w="2479" w:type="dxa"/>
            <w:gridSpan w:val="2"/>
            <w:vAlign w:val="center"/>
          </w:tcPr>
          <w:p w14:paraId="287DEEA9" w14:textId="77777777" w:rsidR="00ED05AD" w:rsidRDefault="00ED05AD" w:rsidP="00A621ED">
            <w:pPr>
              <w:spacing w:after="0"/>
              <w:rPr>
                <w:rFonts w:ascii="Aptos" w:hAnsi="Aptos"/>
                <w:sz w:val="22"/>
                <w:lang w:val="en-GB"/>
              </w:rPr>
            </w:pPr>
          </w:p>
        </w:tc>
        <w:tc>
          <w:tcPr>
            <w:tcW w:w="2480" w:type="dxa"/>
            <w:gridSpan w:val="3"/>
            <w:vAlign w:val="center"/>
          </w:tcPr>
          <w:p w14:paraId="02399048" w14:textId="77777777" w:rsidR="00ED05AD" w:rsidRDefault="00ED05AD" w:rsidP="00A621ED">
            <w:pPr>
              <w:spacing w:after="0"/>
              <w:rPr>
                <w:rFonts w:ascii="Aptos" w:hAnsi="Aptos"/>
                <w:sz w:val="22"/>
                <w:lang w:val="en-GB"/>
              </w:rPr>
            </w:pPr>
          </w:p>
        </w:tc>
        <w:tc>
          <w:tcPr>
            <w:tcW w:w="2479" w:type="dxa"/>
            <w:vAlign w:val="center"/>
          </w:tcPr>
          <w:p w14:paraId="7560C72F" w14:textId="77777777" w:rsidR="00ED05AD" w:rsidRDefault="00ED05AD" w:rsidP="00A621ED">
            <w:pPr>
              <w:spacing w:after="0"/>
              <w:rPr>
                <w:rFonts w:ascii="Aptos" w:hAnsi="Aptos"/>
                <w:sz w:val="22"/>
                <w:lang w:val="en-GB"/>
              </w:rPr>
            </w:pPr>
          </w:p>
        </w:tc>
        <w:tc>
          <w:tcPr>
            <w:tcW w:w="2480" w:type="dxa"/>
            <w:vAlign w:val="center"/>
          </w:tcPr>
          <w:p w14:paraId="1CC65CA6" w14:textId="77777777" w:rsidR="00ED05AD" w:rsidRDefault="00ED05AD" w:rsidP="00A621ED">
            <w:pPr>
              <w:spacing w:after="0"/>
              <w:rPr>
                <w:rFonts w:ascii="Aptos" w:hAnsi="Aptos"/>
                <w:sz w:val="22"/>
                <w:lang w:val="en-GB"/>
              </w:rPr>
            </w:pPr>
          </w:p>
        </w:tc>
      </w:tr>
    </w:tbl>
    <w:p w14:paraId="2BEA7B3E" w14:textId="7ADC54B9" w:rsidR="0089651E" w:rsidRPr="0092027F" w:rsidRDefault="0089651E" w:rsidP="001C1A07">
      <w:pPr>
        <w:keepNext/>
        <w:spacing w:after="0"/>
        <w:rPr>
          <w:rFonts w:ascii="Aptos" w:hAnsi="Aptos"/>
          <w:b/>
          <w:bCs/>
          <w:sz w:val="24"/>
          <w:szCs w:val="24"/>
          <w:lang w:val="en-GB"/>
        </w:rPr>
      </w:pPr>
    </w:p>
    <w:tbl>
      <w:tblPr>
        <w:tblStyle w:val="TableGrid"/>
        <w:tblW w:w="9918" w:type="dxa"/>
        <w:tblLook w:val="04A0" w:firstRow="1" w:lastRow="0" w:firstColumn="1" w:lastColumn="0" w:noHBand="0" w:noVBand="1"/>
      </w:tblPr>
      <w:tblGrid>
        <w:gridCol w:w="568"/>
        <w:gridCol w:w="1946"/>
        <w:gridCol w:w="1178"/>
        <w:gridCol w:w="309"/>
        <w:gridCol w:w="521"/>
        <w:gridCol w:w="440"/>
        <w:gridCol w:w="4956"/>
      </w:tblGrid>
      <w:tr w:rsidR="005D0649" w:rsidRPr="0092027F" w14:paraId="387EA835" w14:textId="77777777" w:rsidTr="009270A2">
        <w:trPr>
          <w:trHeight w:val="567"/>
        </w:trPr>
        <w:tc>
          <w:tcPr>
            <w:tcW w:w="9918" w:type="dxa"/>
            <w:gridSpan w:val="7"/>
            <w:tcBorders>
              <w:top w:val="nil"/>
              <w:left w:val="nil"/>
              <w:bottom w:val="nil"/>
              <w:right w:val="nil"/>
            </w:tcBorders>
            <w:vAlign w:val="center"/>
          </w:tcPr>
          <w:p w14:paraId="4AABB655" w14:textId="71AB38B0" w:rsidR="005D0649" w:rsidRPr="0092027F" w:rsidRDefault="005D0649" w:rsidP="00EE5DFD">
            <w:pPr>
              <w:keepNext/>
              <w:spacing w:after="40"/>
              <w:rPr>
                <w:rFonts w:ascii="Aptos" w:hAnsi="Aptos"/>
                <w:b/>
                <w:bCs/>
                <w:sz w:val="22"/>
                <w:lang w:val="en-GB"/>
              </w:rPr>
            </w:pPr>
            <w:r w:rsidRPr="0092027F">
              <w:rPr>
                <w:rFonts w:ascii="Aptos" w:hAnsi="Aptos"/>
                <w:b/>
                <w:bCs/>
                <w:sz w:val="24"/>
                <w:szCs w:val="24"/>
                <w:lang w:val="en-GB"/>
              </w:rPr>
              <w:t>Overseas Checks</w:t>
            </w:r>
          </w:p>
        </w:tc>
      </w:tr>
      <w:tr w:rsidR="007F1613" w:rsidRPr="0092027F" w14:paraId="47D95599" w14:textId="77777777" w:rsidTr="009270A2">
        <w:trPr>
          <w:trHeight w:val="567"/>
        </w:trPr>
        <w:tc>
          <w:tcPr>
            <w:tcW w:w="9918" w:type="dxa"/>
            <w:gridSpan w:val="7"/>
            <w:tcBorders>
              <w:top w:val="nil"/>
              <w:left w:val="nil"/>
              <w:bottom w:val="nil"/>
              <w:right w:val="nil"/>
            </w:tcBorders>
            <w:vAlign w:val="center"/>
          </w:tcPr>
          <w:p w14:paraId="7320AEA8" w14:textId="1F272842" w:rsidR="007F1613" w:rsidRPr="0092027F" w:rsidRDefault="006D58C9" w:rsidP="00EE5DFD">
            <w:pPr>
              <w:keepNext/>
              <w:spacing w:after="40"/>
              <w:rPr>
                <w:rFonts w:ascii="Aptos" w:hAnsi="Aptos"/>
                <w:b/>
                <w:bCs/>
                <w:sz w:val="22"/>
                <w:lang w:val="en-GB"/>
              </w:rPr>
            </w:pPr>
            <w:r w:rsidRPr="006D58C9">
              <w:rPr>
                <w:rFonts w:ascii="Aptos" w:hAnsi="Aptos"/>
                <w:b/>
                <w:bCs/>
                <w:sz w:val="22"/>
                <w:lang w:val="en-GB"/>
              </w:rPr>
              <w:t>Have you lived, worked, studied or volunteered outside the United Kingdom for a continuous period of two months or more?</w:t>
            </w:r>
          </w:p>
        </w:tc>
      </w:tr>
      <w:tr w:rsidR="007F1613" w:rsidRPr="0092027F" w14:paraId="433229F3" w14:textId="77777777" w:rsidTr="00583FAD">
        <w:trPr>
          <w:trHeight w:val="567"/>
        </w:trPr>
        <w:tc>
          <w:tcPr>
            <w:tcW w:w="568" w:type="dxa"/>
            <w:tcBorders>
              <w:top w:val="nil"/>
              <w:left w:val="nil"/>
              <w:bottom w:val="nil"/>
              <w:right w:val="nil"/>
            </w:tcBorders>
            <w:vAlign w:val="center"/>
          </w:tcPr>
          <w:p w14:paraId="77B59E14" w14:textId="77777777" w:rsidR="007F1613" w:rsidRPr="0092027F" w:rsidRDefault="007F1613" w:rsidP="00EE5DFD">
            <w:pPr>
              <w:spacing w:after="0"/>
              <w:rPr>
                <w:rFonts w:ascii="Aptos" w:hAnsi="Aptos"/>
                <w:sz w:val="24"/>
                <w:szCs w:val="24"/>
                <w:lang w:val="en-GB"/>
              </w:rPr>
            </w:pPr>
            <w:r w:rsidRPr="0092027F">
              <w:rPr>
                <w:rFonts w:ascii="Aptos" w:hAnsi="Aptos"/>
                <w:sz w:val="24"/>
                <w:szCs w:val="24"/>
                <w:lang w:val="en-GB"/>
              </w:rPr>
              <w:fldChar w:fldCharType="begin">
                <w:ffData>
                  <w:name w:val="Check1"/>
                  <w:enabled/>
                  <w:calcOnExit w:val="0"/>
                  <w:checkBox>
                    <w:sizeAuto/>
                    <w:default w:val="0"/>
                  </w:checkBox>
                </w:ffData>
              </w:fldChar>
            </w:r>
            <w:r w:rsidRPr="0092027F">
              <w:rPr>
                <w:rFonts w:ascii="Aptos" w:hAnsi="Aptos"/>
                <w:sz w:val="24"/>
                <w:szCs w:val="24"/>
                <w:lang w:val="en-GB"/>
              </w:rPr>
              <w:instrText xml:space="preserve"> FORMCHECKBOX </w:instrText>
            </w:r>
            <w:r w:rsidRPr="0092027F">
              <w:rPr>
                <w:rFonts w:ascii="Aptos" w:hAnsi="Aptos"/>
                <w:sz w:val="24"/>
                <w:szCs w:val="24"/>
                <w:lang w:val="en-GB"/>
              </w:rPr>
            </w:r>
            <w:r w:rsidRPr="0092027F">
              <w:rPr>
                <w:rFonts w:ascii="Aptos" w:hAnsi="Aptos"/>
                <w:sz w:val="24"/>
                <w:szCs w:val="24"/>
                <w:lang w:val="en-GB"/>
              </w:rPr>
              <w:fldChar w:fldCharType="separate"/>
            </w:r>
            <w:r w:rsidRPr="0092027F">
              <w:rPr>
                <w:rFonts w:ascii="Aptos" w:hAnsi="Aptos"/>
                <w:sz w:val="24"/>
                <w:szCs w:val="24"/>
                <w:lang w:val="en-GB"/>
              </w:rPr>
              <w:fldChar w:fldCharType="end"/>
            </w:r>
          </w:p>
        </w:tc>
        <w:tc>
          <w:tcPr>
            <w:tcW w:w="3433" w:type="dxa"/>
            <w:gridSpan w:val="3"/>
            <w:tcBorders>
              <w:top w:val="nil"/>
              <w:left w:val="nil"/>
              <w:bottom w:val="nil"/>
              <w:right w:val="nil"/>
            </w:tcBorders>
            <w:vAlign w:val="center"/>
          </w:tcPr>
          <w:p w14:paraId="0D7E5AC2" w14:textId="77777777" w:rsidR="007F1613" w:rsidRPr="0092027F" w:rsidRDefault="007F1613" w:rsidP="00EE5DFD">
            <w:pPr>
              <w:spacing w:after="0"/>
              <w:rPr>
                <w:rFonts w:ascii="Aptos" w:hAnsi="Aptos"/>
                <w:sz w:val="22"/>
                <w:lang w:val="en-GB"/>
              </w:rPr>
            </w:pPr>
            <w:r w:rsidRPr="0092027F">
              <w:rPr>
                <w:rFonts w:ascii="Aptos" w:hAnsi="Aptos"/>
                <w:sz w:val="22"/>
                <w:lang w:val="en-GB"/>
              </w:rPr>
              <w:t xml:space="preserve">Yes    </w:t>
            </w:r>
          </w:p>
        </w:tc>
        <w:tc>
          <w:tcPr>
            <w:tcW w:w="521" w:type="dxa"/>
            <w:tcBorders>
              <w:top w:val="nil"/>
              <w:left w:val="nil"/>
              <w:bottom w:val="nil"/>
              <w:right w:val="nil"/>
            </w:tcBorders>
            <w:vAlign w:val="center"/>
          </w:tcPr>
          <w:p w14:paraId="436C70C2" w14:textId="77777777" w:rsidR="007F1613" w:rsidRPr="0092027F" w:rsidRDefault="007F1613" w:rsidP="00EE5DFD">
            <w:pPr>
              <w:spacing w:after="0"/>
              <w:rPr>
                <w:rFonts w:ascii="Aptos" w:hAnsi="Aptos"/>
                <w:sz w:val="22"/>
                <w:lang w:val="en-GB"/>
              </w:rPr>
            </w:pPr>
            <w:r w:rsidRPr="0092027F">
              <w:rPr>
                <w:rFonts w:ascii="Aptos" w:hAnsi="Aptos"/>
                <w:sz w:val="22"/>
                <w:lang w:val="en-GB"/>
              </w:rPr>
              <w:fldChar w:fldCharType="begin">
                <w:ffData>
                  <w:name w:val="Check2"/>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5396" w:type="dxa"/>
            <w:gridSpan w:val="2"/>
            <w:tcBorders>
              <w:top w:val="nil"/>
              <w:left w:val="nil"/>
              <w:bottom w:val="nil"/>
              <w:right w:val="nil"/>
            </w:tcBorders>
            <w:vAlign w:val="center"/>
          </w:tcPr>
          <w:p w14:paraId="322EA9BB" w14:textId="77777777" w:rsidR="007F1613" w:rsidRPr="0092027F" w:rsidRDefault="007F1613" w:rsidP="00EE5DFD">
            <w:pPr>
              <w:spacing w:after="0"/>
              <w:rPr>
                <w:rFonts w:ascii="Aptos" w:hAnsi="Aptos"/>
                <w:sz w:val="22"/>
                <w:lang w:val="en-GB"/>
              </w:rPr>
            </w:pPr>
            <w:r w:rsidRPr="0092027F">
              <w:rPr>
                <w:rFonts w:ascii="Aptos" w:hAnsi="Aptos"/>
                <w:sz w:val="22"/>
                <w:lang w:val="en-GB"/>
              </w:rPr>
              <w:t xml:space="preserve">No    </w:t>
            </w:r>
          </w:p>
        </w:tc>
      </w:tr>
      <w:tr w:rsidR="005D0649" w:rsidRPr="0092027F" w14:paraId="3F2CE518" w14:textId="77777777" w:rsidTr="009270A2">
        <w:trPr>
          <w:trHeight w:val="567"/>
        </w:trPr>
        <w:tc>
          <w:tcPr>
            <w:tcW w:w="9918" w:type="dxa"/>
            <w:gridSpan w:val="7"/>
            <w:tcBorders>
              <w:top w:val="nil"/>
              <w:left w:val="nil"/>
              <w:bottom w:val="single" w:sz="4" w:space="0" w:color="auto"/>
              <w:right w:val="nil"/>
            </w:tcBorders>
            <w:vAlign w:val="center"/>
          </w:tcPr>
          <w:p w14:paraId="419D009A" w14:textId="431ACA9F" w:rsidR="005D0649" w:rsidRPr="0092027F" w:rsidRDefault="00A83570" w:rsidP="008967A9">
            <w:pPr>
              <w:spacing w:before="120" w:after="120"/>
              <w:jc w:val="both"/>
              <w:rPr>
                <w:rFonts w:ascii="Aptos" w:hAnsi="Aptos"/>
                <w:sz w:val="22"/>
                <w:lang w:val="en-GB"/>
              </w:rPr>
            </w:pPr>
            <w:r w:rsidRPr="00A83570">
              <w:rPr>
                <w:rFonts w:ascii="Aptos" w:hAnsi="Aptos"/>
                <w:sz w:val="22"/>
                <w:lang w:val="en-GB"/>
              </w:rPr>
              <w:t xml:space="preserve">If </w:t>
            </w:r>
            <w:proofErr w:type="gramStart"/>
            <w:r w:rsidRPr="00A83570">
              <w:rPr>
                <w:rFonts w:ascii="Aptos" w:hAnsi="Aptos"/>
                <w:sz w:val="22"/>
                <w:lang w:val="en-GB"/>
              </w:rPr>
              <w:t>Yes</w:t>
            </w:r>
            <w:proofErr w:type="gramEnd"/>
            <w:r w:rsidRPr="00A83570">
              <w:rPr>
                <w:rFonts w:ascii="Aptos" w:hAnsi="Aptos"/>
                <w:sz w:val="22"/>
                <w:lang w:val="en-GB"/>
              </w:rPr>
              <w:t>, please provide the details below. Include relevant periods during childhood where applicable.</w:t>
            </w:r>
          </w:p>
        </w:tc>
      </w:tr>
      <w:tr w:rsidR="00EE5DFD" w:rsidRPr="0092027F" w14:paraId="4BEC88A3" w14:textId="77777777" w:rsidTr="00583FAD">
        <w:trPr>
          <w:trHeight w:val="567"/>
        </w:trPr>
        <w:tc>
          <w:tcPr>
            <w:tcW w:w="2514" w:type="dxa"/>
            <w:gridSpan w:val="2"/>
            <w:tcBorders>
              <w:top w:val="single" w:sz="4" w:space="0" w:color="auto"/>
            </w:tcBorders>
            <w:shd w:val="clear" w:color="auto" w:fill="F2F2F2" w:themeFill="background1" w:themeFillShade="F2"/>
            <w:vAlign w:val="center"/>
          </w:tcPr>
          <w:p w14:paraId="3E9411FA" w14:textId="546FEC57" w:rsidR="00EE5DFD" w:rsidRPr="00F471F0" w:rsidRDefault="00F471F0" w:rsidP="00F471F0">
            <w:pPr>
              <w:spacing w:after="0" w:line="240" w:lineRule="auto"/>
              <w:rPr>
                <w:rFonts w:ascii="Aptos" w:hAnsi="Aptos"/>
                <w:b/>
                <w:bCs/>
                <w:color w:val="auto"/>
                <w:sz w:val="22"/>
              </w:rPr>
            </w:pPr>
            <w:r w:rsidRPr="00F471F0">
              <w:rPr>
                <w:rFonts w:ascii="Aptos" w:hAnsi="Aptos"/>
                <w:b/>
                <w:bCs/>
                <w:sz w:val="22"/>
              </w:rPr>
              <w:t>Country and town/city</w:t>
            </w:r>
          </w:p>
        </w:tc>
        <w:tc>
          <w:tcPr>
            <w:tcW w:w="1178" w:type="dxa"/>
            <w:tcBorders>
              <w:top w:val="single" w:sz="4" w:space="0" w:color="auto"/>
            </w:tcBorders>
            <w:shd w:val="clear" w:color="auto" w:fill="F2F2F2" w:themeFill="background1" w:themeFillShade="F2"/>
            <w:vAlign w:val="center"/>
          </w:tcPr>
          <w:p w14:paraId="51826A2D" w14:textId="473D9855" w:rsidR="00EE5DFD" w:rsidRPr="00F471F0" w:rsidRDefault="00EE5DFD" w:rsidP="00EE5DFD">
            <w:pPr>
              <w:spacing w:after="0"/>
              <w:rPr>
                <w:rFonts w:ascii="Aptos" w:hAnsi="Aptos"/>
                <w:sz w:val="22"/>
                <w:lang w:val="en-GB"/>
              </w:rPr>
            </w:pPr>
            <w:r w:rsidRPr="00F471F0">
              <w:rPr>
                <w:rFonts w:ascii="Aptos" w:hAnsi="Aptos"/>
                <w:b/>
                <w:color w:val="auto"/>
                <w:sz w:val="22"/>
                <w:lang w:val="en-GB"/>
              </w:rPr>
              <w:t>From</w:t>
            </w:r>
            <w:r w:rsidRPr="00F471F0">
              <w:rPr>
                <w:rFonts w:ascii="Aptos" w:hAnsi="Aptos"/>
                <w:b/>
                <w:color w:val="auto"/>
                <w:sz w:val="22"/>
                <w:lang w:val="en-GB"/>
              </w:rPr>
              <w:br/>
              <w:t>MM/YYYY</w:t>
            </w:r>
          </w:p>
        </w:tc>
        <w:tc>
          <w:tcPr>
            <w:tcW w:w="1270" w:type="dxa"/>
            <w:gridSpan w:val="3"/>
            <w:tcBorders>
              <w:top w:val="single" w:sz="4" w:space="0" w:color="auto"/>
            </w:tcBorders>
            <w:shd w:val="clear" w:color="auto" w:fill="F2F2F2" w:themeFill="background1" w:themeFillShade="F2"/>
            <w:vAlign w:val="center"/>
          </w:tcPr>
          <w:p w14:paraId="13302FB2" w14:textId="2109C0EF" w:rsidR="00EE5DFD" w:rsidRPr="00F471F0" w:rsidRDefault="00EE5DFD" w:rsidP="00EE5DFD">
            <w:pPr>
              <w:spacing w:after="0"/>
              <w:rPr>
                <w:rFonts w:ascii="Aptos" w:hAnsi="Aptos"/>
                <w:sz w:val="22"/>
                <w:lang w:val="en-GB"/>
              </w:rPr>
            </w:pPr>
            <w:r w:rsidRPr="00F471F0">
              <w:rPr>
                <w:rFonts w:ascii="Aptos" w:hAnsi="Aptos"/>
                <w:b/>
                <w:color w:val="auto"/>
                <w:sz w:val="22"/>
                <w:lang w:val="en-GB"/>
              </w:rPr>
              <w:t>To</w:t>
            </w:r>
            <w:r w:rsidRPr="00F471F0">
              <w:rPr>
                <w:rFonts w:ascii="Aptos" w:hAnsi="Aptos"/>
                <w:b/>
                <w:color w:val="auto"/>
                <w:sz w:val="22"/>
                <w:lang w:val="en-GB"/>
              </w:rPr>
              <w:br/>
              <w:t>MM/YYYY</w:t>
            </w:r>
          </w:p>
        </w:tc>
        <w:tc>
          <w:tcPr>
            <w:tcW w:w="4956" w:type="dxa"/>
            <w:tcBorders>
              <w:top w:val="single" w:sz="4" w:space="0" w:color="auto"/>
            </w:tcBorders>
            <w:shd w:val="clear" w:color="auto" w:fill="F2F2F2" w:themeFill="background1" w:themeFillShade="F2"/>
            <w:vAlign w:val="center"/>
          </w:tcPr>
          <w:p w14:paraId="740055E8" w14:textId="32180C0D" w:rsidR="00EE5DFD" w:rsidRPr="00F471F0" w:rsidRDefault="00F471F0" w:rsidP="00F471F0">
            <w:pPr>
              <w:spacing w:after="0" w:line="240" w:lineRule="auto"/>
              <w:rPr>
                <w:rFonts w:ascii="Aptos" w:hAnsi="Aptos"/>
                <w:b/>
                <w:bCs/>
                <w:color w:val="auto"/>
                <w:sz w:val="22"/>
              </w:rPr>
            </w:pPr>
            <w:r w:rsidRPr="00F471F0">
              <w:rPr>
                <w:rFonts w:ascii="Aptos" w:hAnsi="Aptos"/>
                <w:b/>
                <w:bCs/>
                <w:sz w:val="22"/>
              </w:rPr>
              <w:t>Reason for residence and employer/</w:t>
            </w:r>
            <w:r>
              <w:rPr>
                <w:rFonts w:ascii="Aptos" w:hAnsi="Aptos"/>
                <w:b/>
                <w:bCs/>
                <w:sz w:val="22"/>
              </w:rPr>
              <w:t xml:space="preserve"> </w:t>
            </w:r>
            <w:proofErr w:type="spellStart"/>
            <w:r w:rsidRPr="00F471F0">
              <w:rPr>
                <w:rFonts w:ascii="Aptos" w:hAnsi="Aptos"/>
                <w:b/>
                <w:bCs/>
                <w:sz w:val="22"/>
              </w:rPr>
              <w:t>organisation</w:t>
            </w:r>
            <w:proofErr w:type="spellEnd"/>
            <w:r w:rsidRPr="00F471F0">
              <w:rPr>
                <w:rFonts w:ascii="Aptos" w:hAnsi="Aptos"/>
                <w:b/>
                <w:bCs/>
                <w:sz w:val="22"/>
              </w:rPr>
              <w:t>, where applicable</w:t>
            </w:r>
          </w:p>
        </w:tc>
      </w:tr>
      <w:tr w:rsidR="00EE5DFD" w:rsidRPr="0092027F" w14:paraId="0FE95941" w14:textId="77777777" w:rsidTr="00583FAD">
        <w:trPr>
          <w:trHeight w:val="567"/>
        </w:trPr>
        <w:tc>
          <w:tcPr>
            <w:tcW w:w="2514" w:type="dxa"/>
            <w:gridSpan w:val="2"/>
            <w:vAlign w:val="center"/>
          </w:tcPr>
          <w:p w14:paraId="338CE025" w14:textId="77777777" w:rsidR="00EE5DFD" w:rsidRPr="0092027F" w:rsidRDefault="00EE5DFD" w:rsidP="00EE5DFD">
            <w:pPr>
              <w:spacing w:after="0"/>
              <w:rPr>
                <w:rFonts w:ascii="Aptos" w:hAnsi="Aptos"/>
                <w:sz w:val="22"/>
                <w:lang w:val="en-GB"/>
              </w:rPr>
            </w:pPr>
          </w:p>
        </w:tc>
        <w:tc>
          <w:tcPr>
            <w:tcW w:w="1178" w:type="dxa"/>
            <w:vAlign w:val="center"/>
          </w:tcPr>
          <w:p w14:paraId="3E7FC67B" w14:textId="77777777" w:rsidR="00EE5DFD" w:rsidRPr="0092027F" w:rsidRDefault="00EE5DFD" w:rsidP="00EE5DFD">
            <w:pPr>
              <w:spacing w:after="0"/>
              <w:rPr>
                <w:rFonts w:ascii="Aptos" w:hAnsi="Aptos"/>
                <w:sz w:val="22"/>
                <w:lang w:val="en-GB"/>
              </w:rPr>
            </w:pPr>
          </w:p>
        </w:tc>
        <w:tc>
          <w:tcPr>
            <w:tcW w:w="1270" w:type="dxa"/>
            <w:gridSpan w:val="3"/>
            <w:vAlign w:val="center"/>
          </w:tcPr>
          <w:p w14:paraId="46EE2AC2" w14:textId="77777777" w:rsidR="00EE5DFD" w:rsidRPr="0092027F" w:rsidRDefault="00EE5DFD" w:rsidP="00EE5DFD">
            <w:pPr>
              <w:spacing w:after="0"/>
              <w:rPr>
                <w:rFonts w:ascii="Aptos" w:hAnsi="Aptos"/>
                <w:sz w:val="22"/>
                <w:lang w:val="en-GB"/>
              </w:rPr>
            </w:pPr>
          </w:p>
        </w:tc>
        <w:tc>
          <w:tcPr>
            <w:tcW w:w="4956" w:type="dxa"/>
            <w:vAlign w:val="center"/>
          </w:tcPr>
          <w:p w14:paraId="39EB38A8" w14:textId="77777777" w:rsidR="00EE5DFD" w:rsidRPr="0092027F" w:rsidRDefault="00EE5DFD" w:rsidP="00EE5DFD">
            <w:pPr>
              <w:spacing w:after="0"/>
              <w:rPr>
                <w:rFonts w:ascii="Aptos" w:hAnsi="Aptos"/>
                <w:sz w:val="22"/>
                <w:lang w:val="en-GB"/>
              </w:rPr>
            </w:pPr>
          </w:p>
        </w:tc>
      </w:tr>
      <w:tr w:rsidR="00EE5DFD" w:rsidRPr="0092027F" w14:paraId="2E2D9EF5" w14:textId="77777777" w:rsidTr="00583FAD">
        <w:trPr>
          <w:trHeight w:val="567"/>
        </w:trPr>
        <w:tc>
          <w:tcPr>
            <w:tcW w:w="2514" w:type="dxa"/>
            <w:gridSpan w:val="2"/>
            <w:tcBorders>
              <w:bottom w:val="single" w:sz="4" w:space="0" w:color="auto"/>
            </w:tcBorders>
            <w:vAlign w:val="center"/>
          </w:tcPr>
          <w:p w14:paraId="596FD208" w14:textId="77777777" w:rsidR="00EE5DFD" w:rsidRPr="0092027F" w:rsidRDefault="00EE5DFD" w:rsidP="00EE5DFD">
            <w:pPr>
              <w:spacing w:after="0"/>
              <w:rPr>
                <w:rFonts w:ascii="Aptos" w:hAnsi="Aptos"/>
                <w:sz w:val="22"/>
                <w:lang w:val="en-GB"/>
              </w:rPr>
            </w:pPr>
          </w:p>
        </w:tc>
        <w:tc>
          <w:tcPr>
            <w:tcW w:w="1178" w:type="dxa"/>
            <w:tcBorders>
              <w:bottom w:val="single" w:sz="4" w:space="0" w:color="auto"/>
            </w:tcBorders>
            <w:vAlign w:val="center"/>
          </w:tcPr>
          <w:p w14:paraId="31D96030" w14:textId="77777777" w:rsidR="00EE5DFD" w:rsidRPr="0092027F" w:rsidRDefault="00EE5DFD" w:rsidP="00EE5DFD">
            <w:pPr>
              <w:spacing w:after="0"/>
              <w:rPr>
                <w:rFonts w:ascii="Aptos" w:hAnsi="Aptos"/>
                <w:sz w:val="22"/>
                <w:lang w:val="en-GB"/>
              </w:rPr>
            </w:pPr>
          </w:p>
        </w:tc>
        <w:tc>
          <w:tcPr>
            <w:tcW w:w="1270" w:type="dxa"/>
            <w:gridSpan w:val="3"/>
            <w:tcBorders>
              <w:bottom w:val="single" w:sz="4" w:space="0" w:color="auto"/>
            </w:tcBorders>
            <w:vAlign w:val="center"/>
          </w:tcPr>
          <w:p w14:paraId="7B4BDEC3" w14:textId="77777777" w:rsidR="00EE5DFD" w:rsidRPr="0092027F" w:rsidRDefault="00EE5DFD" w:rsidP="00EE5DFD">
            <w:pPr>
              <w:spacing w:after="0"/>
              <w:rPr>
                <w:rFonts w:ascii="Aptos" w:hAnsi="Aptos"/>
                <w:sz w:val="22"/>
                <w:lang w:val="en-GB"/>
              </w:rPr>
            </w:pPr>
          </w:p>
        </w:tc>
        <w:tc>
          <w:tcPr>
            <w:tcW w:w="4956" w:type="dxa"/>
            <w:tcBorders>
              <w:bottom w:val="single" w:sz="4" w:space="0" w:color="auto"/>
            </w:tcBorders>
            <w:vAlign w:val="center"/>
          </w:tcPr>
          <w:p w14:paraId="28ADCA10" w14:textId="77777777" w:rsidR="00EE5DFD" w:rsidRPr="0092027F" w:rsidRDefault="00EE5DFD" w:rsidP="00EE5DFD">
            <w:pPr>
              <w:spacing w:after="0"/>
              <w:rPr>
                <w:rFonts w:ascii="Aptos" w:hAnsi="Aptos"/>
                <w:sz w:val="22"/>
                <w:lang w:val="en-GB"/>
              </w:rPr>
            </w:pPr>
          </w:p>
        </w:tc>
      </w:tr>
      <w:tr w:rsidR="00B37FF7" w:rsidRPr="0092027F" w14:paraId="71F64128" w14:textId="77777777" w:rsidTr="008967A9">
        <w:trPr>
          <w:trHeight w:val="567"/>
        </w:trPr>
        <w:tc>
          <w:tcPr>
            <w:tcW w:w="9918" w:type="dxa"/>
            <w:gridSpan w:val="7"/>
            <w:tcBorders>
              <w:top w:val="single" w:sz="4" w:space="0" w:color="auto"/>
              <w:left w:val="nil"/>
              <w:bottom w:val="nil"/>
              <w:right w:val="nil"/>
            </w:tcBorders>
            <w:vAlign w:val="center"/>
          </w:tcPr>
          <w:p w14:paraId="18F45F3C" w14:textId="0B2A128B" w:rsidR="00B37FF7" w:rsidRPr="0092027F" w:rsidRDefault="0029562B" w:rsidP="008967A9">
            <w:pPr>
              <w:spacing w:before="120" w:after="120"/>
              <w:jc w:val="both"/>
              <w:rPr>
                <w:rFonts w:ascii="Aptos" w:hAnsi="Aptos"/>
                <w:sz w:val="22"/>
                <w:lang w:val="en-GB"/>
              </w:rPr>
            </w:pPr>
            <w:r w:rsidRPr="0029562B">
              <w:rPr>
                <w:rFonts w:ascii="Aptos" w:hAnsi="Aptos"/>
                <w:sz w:val="22"/>
                <w:lang w:val="en-GB"/>
              </w:rPr>
              <w:t>Depending on your history and the requirements of the role, we may ask you to provide additional evidence, such as an overseas criminal record check, certificate of good conduct, overseas reference or other information required to establish suitability to work with children.</w:t>
            </w:r>
          </w:p>
        </w:tc>
      </w:tr>
    </w:tbl>
    <w:p w14:paraId="56B1E953" w14:textId="77777777" w:rsidR="00CA26CD" w:rsidRDefault="00CA26CD" w:rsidP="004B554B">
      <w:pPr>
        <w:rPr>
          <w:rFonts w:ascii="Aptos" w:hAnsi="Aptos"/>
          <w:sz w:val="22"/>
          <w:lang w:val="en-GB"/>
        </w:rPr>
      </w:pPr>
    </w:p>
    <w:tbl>
      <w:tblPr>
        <w:tblW w:w="9864" w:type="dxa"/>
        <w:jc w:val="center"/>
        <w:shd w:val="clear" w:color="auto" w:fill="F2F2F2" w:themeFill="background1" w:themeFillShade="F2"/>
        <w:tblLayout w:type="fixed"/>
        <w:tblLook w:val="04A0" w:firstRow="1" w:lastRow="0" w:firstColumn="1" w:lastColumn="0" w:noHBand="0" w:noVBand="1"/>
      </w:tblPr>
      <w:tblGrid>
        <w:gridCol w:w="9864"/>
      </w:tblGrid>
      <w:tr w:rsidR="00B14969" w:rsidRPr="0092027F" w14:paraId="408D88F6" w14:textId="77777777" w:rsidTr="00B14969">
        <w:trPr>
          <w:cantSplit/>
          <w:tblHeader/>
          <w:jc w:val="center"/>
        </w:trPr>
        <w:tc>
          <w:tcPr>
            <w:tcW w:w="9864" w:type="dxa"/>
            <w:tcMar>
              <w:top w:w="85" w:type="dxa"/>
              <w:left w:w="100" w:type="dxa"/>
              <w:bottom w:w="85" w:type="dxa"/>
              <w:right w:w="100" w:type="dxa"/>
            </w:tcMar>
          </w:tcPr>
          <w:p w14:paraId="2AB6C418" w14:textId="716F1CDB" w:rsidR="00B14969" w:rsidRPr="00B14969" w:rsidRDefault="00B14969" w:rsidP="00B14969">
            <w:pPr>
              <w:jc w:val="both"/>
              <w:rPr>
                <w:rFonts w:ascii="Aptos" w:hAnsi="Aptos"/>
                <w:b/>
                <w:bCs/>
                <w:sz w:val="24"/>
                <w:szCs w:val="24"/>
                <w:lang w:val="en-GB"/>
              </w:rPr>
            </w:pPr>
            <w:r w:rsidRPr="0092027F">
              <w:rPr>
                <w:rFonts w:ascii="Aptos" w:hAnsi="Aptos"/>
                <w:b/>
                <w:bCs/>
                <w:sz w:val="24"/>
                <w:szCs w:val="24"/>
                <w:lang w:val="en-GB"/>
              </w:rPr>
              <w:t>Right to Work</w:t>
            </w:r>
            <w:r w:rsidR="00854CFC">
              <w:rPr>
                <w:rFonts w:ascii="Aptos" w:hAnsi="Aptos"/>
                <w:b/>
                <w:bCs/>
                <w:sz w:val="24"/>
                <w:szCs w:val="24"/>
                <w:lang w:val="en-GB"/>
              </w:rPr>
              <w:t xml:space="preserve"> </w:t>
            </w:r>
            <w:r w:rsidR="00854CFC" w:rsidRPr="00854CFC">
              <w:rPr>
                <w:rFonts w:ascii="Aptos" w:hAnsi="Aptos"/>
                <w:b/>
                <w:bCs/>
                <w:sz w:val="24"/>
                <w:szCs w:val="24"/>
                <w:lang w:val="en-GB"/>
              </w:rPr>
              <w:t>in the UK</w:t>
            </w:r>
          </w:p>
        </w:tc>
      </w:tr>
      <w:tr w:rsidR="00B14969" w:rsidRPr="0092027F" w14:paraId="020F8358" w14:textId="77777777" w:rsidTr="00B14969">
        <w:trPr>
          <w:cantSplit/>
          <w:tblHeader/>
          <w:jc w:val="center"/>
        </w:trPr>
        <w:tc>
          <w:tcPr>
            <w:tcW w:w="9864" w:type="dxa"/>
            <w:tcMar>
              <w:top w:w="85" w:type="dxa"/>
              <w:left w:w="100" w:type="dxa"/>
              <w:bottom w:w="85" w:type="dxa"/>
              <w:right w:w="100" w:type="dxa"/>
            </w:tcMar>
          </w:tcPr>
          <w:p w14:paraId="10CC20B5" w14:textId="77777777" w:rsidR="00B14969" w:rsidRPr="00944349" w:rsidRDefault="00B14969" w:rsidP="00B14969">
            <w:pPr>
              <w:jc w:val="both"/>
              <w:rPr>
                <w:rFonts w:ascii="Aptos" w:hAnsi="Aptos"/>
                <w:b/>
                <w:bCs/>
                <w:sz w:val="22"/>
                <w:lang w:val="en-GB"/>
              </w:rPr>
            </w:pPr>
            <w:r w:rsidRPr="00944349">
              <w:rPr>
                <w:rFonts w:ascii="Aptos" w:hAnsi="Aptos"/>
                <w:b/>
                <w:bCs/>
                <w:sz w:val="22"/>
                <w:lang w:val="en-GB"/>
              </w:rPr>
              <w:t>Do you currently have the right to work in the UK?</w:t>
            </w:r>
          </w:p>
        </w:tc>
      </w:tr>
    </w:tbl>
    <w:tbl>
      <w:tblPr>
        <w:tblStyle w:val="TableGrid"/>
        <w:tblW w:w="9918" w:type="dxa"/>
        <w:tblLook w:val="04A0" w:firstRow="1" w:lastRow="0" w:firstColumn="1" w:lastColumn="0" w:noHBand="0" w:noVBand="1"/>
      </w:tblPr>
      <w:tblGrid>
        <w:gridCol w:w="562"/>
        <w:gridCol w:w="2724"/>
        <w:gridCol w:w="7"/>
        <w:gridCol w:w="517"/>
        <w:gridCol w:w="2761"/>
        <w:gridCol w:w="14"/>
        <w:gridCol w:w="509"/>
        <w:gridCol w:w="7"/>
        <w:gridCol w:w="2817"/>
      </w:tblGrid>
      <w:tr w:rsidR="00B14969" w:rsidRPr="0092027F" w14:paraId="4596C0E3" w14:textId="77777777" w:rsidTr="00F5749A">
        <w:trPr>
          <w:trHeight w:val="567"/>
        </w:trPr>
        <w:tc>
          <w:tcPr>
            <w:tcW w:w="562" w:type="dxa"/>
            <w:tcBorders>
              <w:top w:val="nil"/>
              <w:left w:val="nil"/>
              <w:bottom w:val="nil"/>
              <w:right w:val="nil"/>
            </w:tcBorders>
            <w:vAlign w:val="center"/>
          </w:tcPr>
          <w:p w14:paraId="282E744D" w14:textId="77777777" w:rsidR="00B14969" w:rsidRPr="0092027F" w:rsidRDefault="00B14969" w:rsidP="00F5749A">
            <w:pPr>
              <w:spacing w:after="0"/>
              <w:rPr>
                <w:rFonts w:ascii="Aptos" w:hAnsi="Aptos"/>
                <w:sz w:val="24"/>
                <w:szCs w:val="24"/>
                <w:lang w:val="en-GB"/>
              </w:rPr>
            </w:pPr>
            <w:r w:rsidRPr="0092027F">
              <w:rPr>
                <w:rFonts w:ascii="Aptos" w:hAnsi="Aptos"/>
                <w:sz w:val="24"/>
                <w:szCs w:val="24"/>
                <w:lang w:val="en-GB"/>
              </w:rPr>
              <w:fldChar w:fldCharType="begin">
                <w:ffData>
                  <w:name w:val="Check1"/>
                  <w:enabled/>
                  <w:calcOnExit w:val="0"/>
                  <w:checkBox>
                    <w:sizeAuto/>
                    <w:default w:val="0"/>
                  </w:checkBox>
                </w:ffData>
              </w:fldChar>
            </w:r>
            <w:bookmarkStart w:id="0" w:name="Check1"/>
            <w:r w:rsidRPr="0092027F">
              <w:rPr>
                <w:rFonts w:ascii="Aptos" w:hAnsi="Aptos"/>
                <w:sz w:val="24"/>
                <w:szCs w:val="24"/>
                <w:lang w:val="en-GB"/>
              </w:rPr>
              <w:instrText xml:space="preserve"> FORMCHECKBOX </w:instrText>
            </w:r>
            <w:r w:rsidRPr="0092027F">
              <w:rPr>
                <w:rFonts w:ascii="Aptos" w:hAnsi="Aptos"/>
                <w:sz w:val="24"/>
                <w:szCs w:val="24"/>
                <w:lang w:val="en-GB"/>
              </w:rPr>
            </w:r>
            <w:r w:rsidRPr="0092027F">
              <w:rPr>
                <w:rFonts w:ascii="Aptos" w:hAnsi="Aptos"/>
                <w:sz w:val="24"/>
                <w:szCs w:val="24"/>
                <w:lang w:val="en-GB"/>
              </w:rPr>
              <w:fldChar w:fldCharType="separate"/>
            </w:r>
            <w:r w:rsidRPr="0092027F">
              <w:rPr>
                <w:rFonts w:ascii="Aptos" w:hAnsi="Aptos"/>
                <w:sz w:val="24"/>
                <w:szCs w:val="24"/>
                <w:lang w:val="en-GB"/>
              </w:rPr>
              <w:fldChar w:fldCharType="end"/>
            </w:r>
            <w:bookmarkEnd w:id="0"/>
          </w:p>
        </w:tc>
        <w:tc>
          <w:tcPr>
            <w:tcW w:w="2724" w:type="dxa"/>
            <w:tcBorders>
              <w:top w:val="nil"/>
              <w:left w:val="nil"/>
              <w:bottom w:val="nil"/>
              <w:right w:val="nil"/>
            </w:tcBorders>
            <w:vAlign w:val="center"/>
          </w:tcPr>
          <w:p w14:paraId="193083B2" w14:textId="77777777" w:rsidR="00B14969" w:rsidRPr="0092027F" w:rsidRDefault="00B14969" w:rsidP="00F5749A">
            <w:pPr>
              <w:spacing w:after="0"/>
              <w:rPr>
                <w:rFonts w:ascii="Aptos" w:hAnsi="Aptos"/>
                <w:sz w:val="22"/>
                <w:lang w:val="en-GB"/>
              </w:rPr>
            </w:pPr>
            <w:r w:rsidRPr="0092027F">
              <w:rPr>
                <w:rFonts w:ascii="Aptos" w:hAnsi="Aptos"/>
                <w:sz w:val="22"/>
                <w:lang w:val="en-GB"/>
              </w:rPr>
              <w:t xml:space="preserve">Yes    </w:t>
            </w:r>
          </w:p>
        </w:tc>
        <w:tc>
          <w:tcPr>
            <w:tcW w:w="524" w:type="dxa"/>
            <w:gridSpan w:val="2"/>
            <w:tcBorders>
              <w:top w:val="nil"/>
              <w:left w:val="nil"/>
              <w:bottom w:val="nil"/>
              <w:right w:val="nil"/>
            </w:tcBorders>
            <w:vAlign w:val="center"/>
          </w:tcPr>
          <w:p w14:paraId="75390659" w14:textId="77777777" w:rsidR="00B14969" w:rsidRPr="0092027F" w:rsidRDefault="00B14969" w:rsidP="00F5749A">
            <w:pPr>
              <w:spacing w:after="0"/>
              <w:rPr>
                <w:rFonts w:ascii="Aptos" w:hAnsi="Aptos"/>
                <w:sz w:val="22"/>
                <w:lang w:val="en-GB"/>
              </w:rPr>
            </w:pPr>
            <w:r w:rsidRPr="0092027F">
              <w:rPr>
                <w:rFonts w:ascii="Aptos" w:hAnsi="Aptos"/>
                <w:sz w:val="22"/>
                <w:lang w:val="en-GB"/>
              </w:rPr>
              <w:fldChar w:fldCharType="begin">
                <w:ffData>
                  <w:name w:val="Check2"/>
                  <w:enabled/>
                  <w:calcOnExit w:val="0"/>
                  <w:checkBox>
                    <w:sizeAuto/>
                    <w:default w:val="0"/>
                  </w:checkBox>
                </w:ffData>
              </w:fldChar>
            </w:r>
            <w:bookmarkStart w:id="1" w:name="Check2"/>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bookmarkEnd w:id="1"/>
          </w:p>
        </w:tc>
        <w:tc>
          <w:tcPr>
            <w:tcW w:w="2761" w:type="dxa"/>
            <w:tcBorders>
              <w:top w:val="nil"/>
              <w:left w:val="nil"/>
              <w:bottom w:val="nil"/>
              <w:right w:val="nil"/>
            </w:tcBorders>
            <w:vAlign w:val="center"/>
          </w:tcPr>
          <w:p w14:paraId="27B57780" w14:textId="77777777" w:rsidR="00B14969" w:rsidRPr="0092027F" w:rsidRDefault="00B14969" w:rsidP="00F5749A">
            <w:pPr>
              <w:spacing w:after="0"/>
              <w:rPr>
                <w:rFonts w:ascii="Aptos" w:hAnsi="Aptos"/>
                <w:sz w:val="22"/>
                <w:lang w:val="en-GB"/>
              </w:rPr>
            </w:pPr>
            <w:r w:rsidRPr="0092027F">
              <w:rPr>
                <w:rFonts w:ascii="Aptos" w:hAnsi="Aptos"/>
                <w:sz w:val="22"/>
                <w:lang w:val="en-GB"/>
              </w:rPr>
              <w:t xml:space="preserve">No    </w:t>
            </w:r>
          </w:p>
        </w:tc>
        <w:tc>
          <w:tcPr>
            <w:tcW w:w="530" w:type="dxa"/>
            <w:gridSpan w:val="3"/>
            <w:tcBorders>
              <w:top w:val="nil"/>
              <w:left w:val="nil"/>
              <w:bottom w:val="nil"/>
              <w:right w:val="nil"/>
            </w:tcBorders>
            <w:vAlign w:val="center"/>
          </w:tcPr>
          <w:p w14:paraId="77B62404" w14:textId="77777777" w:rsidR="00B14969" w:rsidRPr="0092027F" w:rsidRDefault="00B14969" w:rsidP="00F5749A">
            <w:pPr>
              <w:spacing w:after="0"/>
              <w:rPr>
                <w:rFonts w:ascii="Aptos" w:hAnsi="Aptos"/>
                <w:sz w:val="22"/>
                <w:lang w:val="en-GB"/>
              </w:rPr>
            </w:pPr>
            <w:r w:rsidRPr="0092027F">
              <w:rPr>
                <w:rFonts w:ascii="Aptos" w:hAnsi="Aptos"/>
                <w:sz w:val="22"/>
                <w:lang w:val="en-GB"/>
              </w:rPr>
              <w:fldChar w:fldCharType="begin">
                <w:ffData>
                  <w:name w:val="Check3"/>
                  <w:enabled/>
                  <w:calcOnExit w:val="0"/>
                  <w:checkBox>
                    <w:sizeAuto/>
                    <w:default w:val="0"/>
                  </w:checkBox>
                </w:ffData>
              </w:fldChar>
            </w:r>
            <w:bookmarkStart w:id="2" w:name="Check3"/>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bookmarkEnd w:id="2"/>
          </w:p>
        </w:tc>
        <w:tc>
          <w:tcPr>
            <w:tcW w:w="2817" w:type="dxa"/>
            <w:tcBorders>
              <w:top w:val="nil"/>
              <w:left w:val="nil"/>
              <w:bottom w:val="nil"/>
              <w:right w:val="nil"/>
            </w:tcBorders>
            <w:vAlign w:val="center"/>
          </w:tcPr>
          <w:p w14:paraId="2190A856" w14:textId="77777777" w:rsidR="00B14969" w:rsidRPr="0092027F" w:rsidRDefault="00B14969" w:rsidP="00F5749A">
            <w:pPr>
              <w:spacing w:after="0"/>
              <w:rPr>
                <w:rFonts w:ascii="Aptos" w:hAnsi="Aptos"/>
                <w:sz w:val="22"/>
                <w:lang w:val="en-GB"/>
              </w:rPr>
            </w:pPr>
            <w:r w:rsidRPr="0092027F">
              <w:rPr>
                <w:rFonts w:ascii="Aptos" w:hAnsi="Aptos"/>
                <w:sz w:val="22"/>
                <w:lang w:val="en-GB"/>
              </w:rPr>
              <w:t>Unsure</w:t>
            </w:r>
          </w:p>
        </w:tc>
      </w:tr>
      <w:tr w:rsidR="00B14969" w:rsidRPr="0092027F" w14:paraId="1CF9A17D" w14:textId="77777777" w:rsidTr="00F5749A">
        <w:trPr>
          <w:trHeight w:val="567"/>
        </w:trPr>
        <w:tc>
          <w:tcPr>
            <w:tcW w:w="9918" w:type="dxa"/>
            <w:gridSpan w:val="9"/>
            <w:tcBorders>
              <w:top w:val="nil"/>
              <w:left w:val="nil"/>
              <w:bottom w:val="nil"/>
              <w:right w:val="nil"/>
            </w:tcBorders>
            <w:vAlign w:val="center"/>
          </w:tcPr>
          <w:p w14:paraId="43728F8B" w14:textId="5661A629" w:rsidR="00B14969" w:rsidRPr="0092027F" w:rsidRDefault="00944349" w:rsidP="00F5749A">
            <w:pPr>
              <w:keepNext/>
              <w:spacing w:after="0"/>
              <w:rPr>
                <w:rFonts w:ascii="Aptos" w:hAnsi="Aptos"/>
                <w:b/>
                <w:bCs/>
                <w:sz w:val="22"/>
                <w:lang w:val="en-GB"/>
              </w:rPr>
            </w:pPr>
            <w:r w:rsidRPr="00944349">
              <w:rPr>
                <w:rFonts w:ascii="Aptos" w:hAnsi="Aptos"/>
                <w:b/>
                <w:bCs/>
                <w:sz w:val="22"/>
                <w:lang w:val="en-GB"/>
              </w:rPr>
              <w:t>Will you require employer sponsorship to undertake this role?</w:t>
            </w:r>
          </w:p>
        </w:tc>
      </w:tr>
      <w:tr w:rsidR="00B14969" w:rsidRPr="0092027F" w14:paraId="3899B733" w14:textId="77777777" w:rsidTr="00F5749A">
        <w:trPr>
          <w:trHeight w:val="567"/>
        </w:trPr>
        <w:tc>
          <w:tcPr>
            <w:tcW w:w="562" w:type="dxa"/>
            <w:tcBorders>
              <w:top w:val="nil"/>
              <w:left w:val="nil"/>
              <w:bottom w:val="nil"/>
              <w:right w:val="nil"/>
            </w:tcBorders>
            <w:vAlign w:val="center"/>
          </w:tcPr>
          <w:p w14:paraId="2FB4F1A8" w14:textId="77777777" w:rsidR="00B14969" w:rsidRPr="0092027F" w:rsidRDefault="00B14969" w:rsidP="00F5749A">
            <w:pPr>
              <w:spacing w:after="0"/>
              <w:rPr>
                <w:rFonts w:ascii="Aptos" w:hAnsi="Aptos"/>
                <w:sz w:val="24"/>
                <w:szCs w:val="24"/>
                <w:lang w:val="en-GB"/>
              </w:rPr>
            </w:pPr>
            <w:r w:rsidRPr="0092027F">
              <w:rPr>
                <w:rFonts w:ascii="Aptos" w:hAnsi="Aptos"/>
                <w:sz w:val="24"/>
                <w:szCs w:val="24"/>
                <w:lang w:val="en-GB"/>
              </w:rPr>
              <w:fldChar w:fldCharType="begin">
                <w:ffData>
                  <w:name w:val="Check1"/>
                  <w:enabled/>
                  <w:calcOnExit w:val="0"/>
                  <w:checkBox>
                    <w:sizeAuto/>
                    <w:default w:val="0"/>
                  </w:checkBox>
                </w:ffData>
              </w:fldChar>
            </w:r>
            <w:r w:rsidRPr="0092027F">
              <w:rPr>
                <w:rFonts w:ascii="Aptos" w:hAnsi="Aptos"/>
                <w:sz w:val="24"/>
                <w:szCs w:val="24"/>
                <w:lang w:val="en-GB"/>
              </w:rPr>
              <w:instrText xml:space="preserve"> FORMCHECKBOX </w:instrText>
            </w:r>
            <w:r w:rsidRPr="0092027F">
              <w:rPr>
                <w:rFonts w:ascii="Aptos" w:hAnsi="Aptos"/>
                <w:sz w:val="24"/>
                <w:szCs w:val="24"/>
                <w:lang w:val="en-GB"/>
              </w:rPr>
            </w:r>
            <w:r w:rsidRPr="0092027F">
              <w:rPr>
                <w:rFonts w:ascii="Aptos" w:hAnsi="Aptos"/>
                <w:sz w:val="24"/>
                <w:szCs w:val="24"/>
                <w:lang w:val="en-GB"/>
              </w:rPr>
              <w:fldChar w:fldCharType="separate"/>
            </w:r>
            <w:r w:rsidRPr="0092027F">
              <w:rPr>
                <w:rFonts w:ascii="Aptos" w:hAnsi="Aptos"/>
                <w:sz w:val="24"/>
                <w:szCs w:val="24"/>
                <w:lang w:val="en-GB"/>
              </w:rPr>
              <w:fldChar w:fldCharType="end"/>
            </w:r>
          </w:p>
        </w:tc>
        <w:tc>
          <w:tcPr>
            <w:tcW w:w="2731" w:type="dxa"/>
            <w:gridSpan w:val="2"/>
            <w:tcBorders>
              <w:top w:val="nil"/>
              <w:left w:val="nil"/>
              <w:bottom w:val="nil"/>
              <w:right w:val="nil"/>
            </w:tcBorders>
            <w:vAlign w:val="center"/>
          </w:tcPr>
          <w:p w14:paraId="4BA78B2E" w14:textId="77777777" w:rsidR="00B14969" w:rsidRPr="0092027F" w:rsidRDefault="00B14969" w:rsidP="00F5749A">
            <w:pPr>
              <w:spacing w:after="0"/>
              <w:rPr>
                <w:rFonts w:ascii="Aptos" w:hAnsi="Aptos"/>
                <w:sz w:val="22"/>
                <w:lang w:val="en-GB"/>
              </w:rPr>
            </w:pPr>
            <w:r w:rsidRPr="0092027F">
              <w:rPr>
                <w:rFonts w:ascii="Aptos" w:hAnsi="Aptos"/>
                <w:sz w:val="22"/>
                <w:lang w:val="en-GB"/>
              </w:rPr>
              <w:t xml:space="preserve">Yes    </w:t>
            </w:r>
          </w:p>
        </w:tc>
        <w:tc>
          <w:tcPr>
            <w:tcW w:w="517" w:type="dxa"/>
            <w:tcBorders>
              <w:top w:val="nil"/>
              <w:left w:val="nil"/>
              <w:bottom w:val="nil"/>
              <w:right w:val="nil"/>
            </w:tcBorders>
            <w:vAlign w:val="center"/>
          </w:tcPr>
          <w:p w14:paraId="759332AF" w14:textId="77777777" w:rsidR="00B14969" w:rsidRPr="0092027F" w:rsidRDefault="00B14969" w:rsidP="00F5749A">
            <w:pPr>
              <w:spacing w:after="0"/>
              <w:rPr>
                <w:rFonts w:ascii="Aptos" w:hAnsi="Aptos"/>
                <w:sz w:val="22"/>
                <w:lang w:val="en-GB"/>
              </w:rPr>
            </w:pPr>
            <w:r w:rsidRPr="0092027F">
              <w:rPr>
                <w:rFonts w:ascii="Aptos" w:hAnsi="Aptos"/>
                <w:sz w:val="22"/>
                <w:lang w:val="en-GB"/>
              </w:rPr>
              <w:fldChar w:fldCharType="begin">
                <w:ffData>
                  <w:name w:val="Check2"/>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2775" w:type="dxa"/>
            <w:gridSpan w:val="2"/>
            <w:tcBorders>
              <w:top w:val="nil"/>
              <w:left w:val="nil"/>
              <w:bottom w:val="nil"/>
              <w:right w:val="nil"/>
            </w:tcBorders>
            <w:vAlign w:val="center"/>
          </w:tcPr>
          <w:p w14:paraId="2B0C4EA6" w14:textId="77777777" w:rsidR="00B14969" w:rsidRPr="0092027F" w:rsidRDefault="00B14969" w:rsidP="00F5749A">
            <w:pPr>
              <w:spacing w:after="0"/>
              <w:rPr>
                <w:rFonts w:ascii="Aptos" w:hAnsi="Aptos"/>
                <w:sz w:val="22"/>
                <w:lang w:val="en-GB"/>
              </w:rPr>
            </w:pPr>
            <w:r w:rsidRPr="0092027F">
              <w:rPr>
                <w:rFonts w:ascii="Aptos" w:hAnsi="Aptos"/>
                <w:sz w:val="22"/>
                <w:lang w:val="en-GB"/>
              </w:rPr>
              <w:t xml:space="preserve">No    </w:t>
            </w:r>
          </w:p>
        </w:tc>
        <w:tc>
          <w:tcPr>
            <w:tcW w:w="509" w:type="dxa"/>
            <w:tcBorders>
              <w:top w:val="nil"/>
              <w:left w:val="nil"/>
              <w:bottom w:val="nil"/>
              <w:right w:val="nil"/>
            </w:tcBorders>
            <w:vAlign w:val="center"/>
          </w:tcPr>
          <w:p w14:paraId="1231FF83" w14:textId="77777777" w:rsidR="00B14969" w:rsidRPr="0092027F" w:rsidRDefault="00B14969" w:rsidP="00F5749A">
            <w:pPr>
              <w:spacing w:after="0"/>
              <w:rPr>
                <w:rFonts w:ascii="Aptos" w:hAnsi="Aptos"/>
                <w:sz w:val="22"/>
                <w:lang w:val="en-GB"/>
              </w:rPr>
            </w:pPr>
            <w:r w:rsidRPr="0092027F">
              <w:rPr>
                <w:rFonts w:ascii="Aptos" w:hAnsi="Aptos"/>
                <w:sz w:val="22"/>
                <w:lang w:val="en-GB"/>
              </w:rPr>
              <w:fldChar w:fldCharType="begin">
                <w:ffData>
                  <w:name w:val="Check3"/>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2824" w:type="dxa"/>
            <w:gridSpan w:val="2"/>
            <w:tcBorders>
              <w:top w:val="nil"/>
              <w:left w:val="nil"/>
              <w:bottom w:val="nil"/>
              <w:right w:val="nil"/>
            </w:tcBorders>
            <w:vAlign w:val="center"/>
          </w:tcPr>
          <w:p w14:paraId="232409D3" w14:textId="77777777" w:rsidR="00B14969" w:rsidRPr="0092027F" w:rsidRDefault="00B14969" w:rsidP="00F5749A">
            <w:pPr>
              <w:spacing w:after="0"/>
              <w:rPr>
                <w:rFonts w:ascii="Aptos" w:hAnsi="Aptos"/>
                <w:sz w:val="22"/>
                <w:lang w:val="en-GB"/>
              </w:rPr>
            </w:pPr>
            <w:r w:rsidRPr="0092027F">
              <w:rPr>
                <w:rFonts w:ascii="Aptos" w:hAnsi="Aptos"/>
                <w:sz w:val="22"/>
                <w:lang w:val="en-GB"/>
              </w:rPr>
              <w:t>Unsure</w:t>
            </w:r>
          </w:p>
        </w:tc>
      </w:tr>
      <w:tr w:rsidR="00B14969" w:rsidRPr="0092027F" w14:paraId="6F579BFC" w14:textId="77777777" w:rsidTr="00F5749A">
        <w:trPr>
          <w:trHeight w:val="567"/>
        </w:trPr>
        <w:tc>
          <w:tcPr>
            <w:tcW w:w="9918" w:type="dxa"/>
            <w:gridSpan w:val="9"/>
            <w:tcBorders>
              <w:top w:val="nil"/>
              <w:left w:val="nil"/>
              <w:bottom w:val="single" w:sz="4" w:space="0" w:color="auto"/>
              <w:right w:val="nil"/>
            </w:tcBorders>
            <w:vAlign w:val="center"/>
          </w:tcPr>
          <w:p w14:paraId="7C15E74E" w14:textId="5A5B82B0" w:rsidR="004F69B3" w:rsidRPr="00EA3FDD" w:rsidRDefault="00EA3FDD" w:rsidP="00F5749A">
            <w:pPr>
              <w:spacing w:after="0"/>
              <w:rPr>
                <w:rFonts w:ascii="Aptos" w:hAnsi="Aptos"/>
                <w:b/>
                <w:sz w:val="22"/>
                <w:lang w:val="en-GB"/>
              </w:rPr>
            </w:pPr>
            <w:r w:rsidRPr="00EA3FDD">
              <w:rPr>
                <w:rFonts w:ascii="Aptos" w:hAnsi="Aptos"/>
                <w:b/>
                <w:sz w:val="22"/>
                <w:lang w:val="en-GB"/>
              </w:rPr>
              <w:t>If you have any restrictions on your right to work, or your current permission has an expiry date, please provide details:</w:t>
            </w:r>
          </w:p>
        </w:tc>
      </w:tr>
      <w:tr w:rsidR="00B14969" w:rsidRPr="0092027F" w14:paraId="4311E984" w14:textId="77777777" w:rsidTr="00F5749A">
        <w:trPr>
          <w:trHeight w:val="567"/>
        </w:trPr>
        <w:tc>
          <w:tcPr>
            <w:tcW w:w="9918" w:type="dxa"/>
            <w:gridSpan w:val="9"/>
            <w:tcBorders>
              <w:top w:val="single" w:sz="4" w:space="0" w:color="auto"/>
              <w:left w:val="single" w:sz="4" w:space="0" w:color="auto"/>
              <w:bottom w:val="single" w:sz="4" w:space="0" w:color="auto"/>
              <w:right w:val="single" w:sz="4" w:space="0" w:color="auto"/>
            </w:tcBorders>
            <w:vAlign w:val="center"/>
          </w:tcPr>
          <w:p w14:paraId="0F080E1B" w14:textId="77777777" w:rsidR="00B14969" w:rsidRPr="0092027F" w:rsidRDefault="00B14969" w:rsidP="00F5749A">
            <w:pPr>
              <w:spacing w:after="0"/>
              <w:rPr>
                <w:rFonts w:ascii="Aptos" w:hAnsi="Aptos"/>
                <w:sz w:val="20"/>
                <w:szCs w:val="20"/>
                <w:lang w:val="en-GB"/>
              </w:rPr>
            </w:pPr>
          </w:p>
        </w:tc>
      </w:tr>
    </w:tbl>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4A0" w:firstRow="1" w:lastRow="0" w:firstColumn="1" w:lastColumn="0" w:noHBand="0" w:noVBand="1"/>
      </w:tblPr>
      <w:tblGrid>
        <w:gridCol w:w="2721"/>
        <w:gridCol w:w="1757"/>
        <w:gridCol w:w="3402"/>
        <w:gridCol w:w="1984"/>
      </w:tblGrid>
      <w:tr w:rsidR="00F216EF" w:rsidRPr="0092027F" w14:paraId="719568BC" w14:textId="77777777" w:rsidTr="00F216EF">
        <w:trPr>
          <w:cantSplit/>
          <w:tblHeader/>
          <w:jc w:val="center"/>
        </w:trPr>
        <w:tc>
          <w:tcPr>
            <w:tcW w:w="9864" w:type="dxa"/>
            <w:gridSpan w:val="4"/>
            <w:tcBorders>
              <w:top w:val="nil"/>
              <w:left w:val="nil"/>
              <w:bottom w:val="single" w:sz="4" w:space="0" w:color="auto"/>
              <w:right w:val="nil"/>
            </w:tcBorders>
            <w:tcMar>
              <w:top w:w="85" w:type="dxa"/>
              <w:left w:w="100" w:type="dxa"/>
              <w:bottom w:w="85" w:type="dxa"/>
              <w:right w:w="100" w:type="dxa"/>
            </w:tcMar>
            <w:vAlign w:val="center"/>
          </w:tcPr>
          <w:p w14:paraId="22AB1DF3" w14:textId="77777777" w:rsidR="00F216EF" w:rsidRPr="0092027F" w:rsidRDefault="00F216EF" w:rsidP="00F216EF">
            <w:pPr>
              <w:jc w:val="both"/>
              <w:rPr>
                <w:rFonts w:ascii="Aptos" w:hAnsi="Aptos"/>
                <w:b/>
                <w:bCs/>
                <w:sz w:val="24"/>
                <w:szCs w:val="24"/>
                <w:lang w:val="en-GB"/>
              </w:rPr>
            </w:pPr>
            <w:r w:rsidRPr="0092027F">
              <w:rPr>
                <w:rFonts w:ascii="Aptos" w:hAnsi="Aptos"/>
                <w:b/>
                <w:bCs/>
                <w:sz w:val="24"/>
                <w:szCs w:val="24"/>
                <w:lang w:val="en-GB"/>
              </w:rPr>
              <w:lastRenderedPageBreak/>
              <w:t>Education</w:t>
            </w:r>
          </w:p>
          <w:p w14:paraId="7D4C4238" w14:textId="19A8C121" w:rsidR="00F216EF" w:rsidRPr="0092027F" w:rsidRDefault="00F216EF" w:rsidP="00F216EF">
            <w:pPr>
              <w:spacing w:after="0" w:line="276" w:lineRule="auto"/>
              <w:rPr>
                <w:rFonts w:ascii="Aptos" w:hAnsi="Aptos"/>
                <w:b/>
                <w:color w:val="auto"/>
                <w:sz w:val="22"/>
                <w:lang w:val="en-GB"/>
              </w:rPr>
            </w:pPr>
            <w:r w:rsidRPr="0092027F">
              <w:rPr>
                <w:rFonts w:ascii="Aptos" w:hAnsi="Aptos"/>
                <w:sz w:val="22"/>
                <w:lang w:val="en-GB"/>
              </w:rPr>
              <w:t>Include secondary, further and higher education and relevant qualifications. Documentary evidence of relevant qualifications will be requested. Record any qualification still in progress as “in progress”.</w:t>
            </w:r>
          </w:p>
        </w:tc>
      </w:tr>
      <w:tr w:rsidR="00BA691C" w:rsidRPr="0092027F" w14:paraId="408DD01B" w14:textId="77777777" w:rsidTr="00F216EF">
        <w:trPr>
          <w:cantSplit/>
          <w:tblHeader/>
          <w:jc w:val="center"/>
        </w:trPr>
        <w:tc>
          <w:tcPr>
            <w:tcW w:w="2721"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421994D1" w14:textId="77777777" w:rsidR="00BA691C" w:rsidRPr="0092027F" w:rsidRDefault="00000000" w:rsidP="00344161">
            <w:pPr>
              <w:spacing w:after="0" w:line="276" w:lineRule="auto"/>
              <w:rPr>
                <w:rFonts w:ascii="Aptos" w:hAnsi="Aptos"/>
                <w:color w:val="auto"/>
                <w:sz w:val="22"/>
                <w:lang w:val="en-GB"/>
              </w:rPr>
            </w:pPr>
            <w:r w:rsidRPr="0092027F">
              <w:rPr>
                <w:rFonts w:ascii="Aptos" w:hAnsi="Aptos"/>
                <w:b/>
                <w:color w:val="auto"/>
                <w:sz w:val="22"/>
                <w:lang w:val="en-GB"/>
              </w:rPr>
              <w:t>School college or awarding body</w:t>
            </w:r>
          </w:p>
        </w:tc>
        <w:tc>
          <w:tcPr>
            <w:tcW w:w="1757"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6A6EF1DC" w14:textId="77777777" w:rsidR="00BA691C" w:rsidRPr="0092027F" w:rsidRDefault="00000000" w:rsidP="00344161">
            <w:pPr>
              <w:spacing w:after="0" w:line="276" w:lineRule="auto"/>
              <w:rPr>
                <w:rFonts w:ascii="Aptos" w:hAnsi="Aptos"/>
                <w:color w:val="auto"/>
                <w:sz w:val="22"/>
                <w:lang w:val="en-GB"/>
              </w:rPr>
            </w:pPr>
            <w:r w:rsidRPr="0092027F">
              <w:rPr>
                <w:rFonts w:ascii="Aptos" w:hAnsi="Aptos"/>
                <w:b/>
                <w:color w:val="auto"/>
                <w:sz w:val="22"/>
                <w:lang w:val="en-GB"/>
              </w:rPr>
              <w:t>Dates attended</w:t>
            </w:r>
          </w:p>
        </w:tc>
        <w:tc>
          <w:tcPr>
            <w:tcW w:w="3402"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3D418041" w14:textId="77777777" w:rsidR="00BA691C" w:rsidRPr="0092027F" w:rsidRDefault="00000000" w:rsidP="00344161">
            <w:pPr>
              <w:spacing w:after="0" w:line="276" w:lineRule="auto"/>
              <w:rPr>
                <w:rFonts w:ascii="Aptos" w:hAnsi="Aptos"/>
                <w:color w:val="auto"/>
                <w:sz w:val="22"/>
                <w:lang w:val="en-GB"/>
              </w:rPr>
            </w:pPr>
            <w:r w:rsidRPr="0092027F">
              <w:rPr>
                <w:rFonts w:ascii="Aptos" w:hAnsi="Aptos"/>
                <w:b/>
                <w:color w:val="auto"/>
                <w:sz w:val="22"/>
                <w:lang w:val="en-GB"/>
              </w:rPr>
              <w:t>Qualification and level</w:t>
            </w:r>
          </w:p>
        </w:tc>
        <w:tc>
          <w:tcPr>
            <w:tcW w:w="1984"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14E216B5" w14:textId="77777777" w:rsidR="00BA691C" w:rsidRPr="0092027F" w:rsidRDefault="00000000" w:rsidP="00344161">
            <w:pPr>
              <w:spacing w:after="0" w:line="276" w:lineRule="auto"/>
              <w:rPr>
                <w:rFonts w:ascii="Aptos" w:hAnsi="Aptos"/>
                <w:color w:val="auto"/>
                <w:sz w:val="22"/>
                <w:lang w:val="en-GB"/>
              </w:rPr>
            </w:pPr>
            <w:r w:rsidRPr="0092027F">
              <w:rPr>
                <w:rFonts w:ascii="Aptos" w:hAnsi="Aptos"/>
                <w:b/>
                <w:color w:val="auto"/>
                <w:sz w:val="22"/>
                <w:lang w:val="en-GB"/>
              </w:rPr>
              <w:t>Grade and award date</w:t>
            </w:r>
          </w:p>
        </w:tc>
      </w:tr>
      <w:tr w:rsidR="00BA691C" w:rsidRPr="0092027F" w14:paraId="396A1108" w14:textId="77777777" w:rsidTr="007425FE">
        <w:trPr>
          <w:cantSplit/>
          <w:trHeight w:val="567"/>
          <w:jc w:val="center"/>
        </w:trPr>
        <w:tc>
          <w:tcPr>
            <w:tcW w:w="2721" w:type="dxa"/>
            <w:tcMar>
              <w:top w:w="85" w:type="dxa"/>
              <w:left w:w="100" w:type="dxa"/>
              <w:bottom w:w="85" w:type="dxa"/>
              <w:right w:w="100" w:type="dxa"/>
            </w:tcMar>
            <w:vAlign w:val="center"/>
          </w:tcPr>
          <w:p w14:paraId="1B75780C" w14:textId="77777777" w:rsidR="00BA691C" w:rsidRPr="0092027F" w:rsidRDefault="00BA691C" w:rsidP="00344161">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048B2ED8" w14:textId="77777777" w:rsidR="00BA691C" w:rsidRPr="0092027F" w:rsidRDefault="00BA691C" w:rsidP="00344161">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6A90B6B5" w14:textId="77777777" w:rsidR="00BA691C" w:rsidRPr="0092027F" w:rsidRDefault="00BA691C" w:rsidP="00344161">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4CBE3E55" w14:textId="77777777" w:rsidR="00BA691C" w:rsidRPr="0092027F" w:rsidRDefault="00BA691C" w:rsidP="00344161">
            <w:pPr>
              <w:spacing w:after="0" w:line="276" w:lineRule="auto"/>
              <w:rPr>
                <w:rFonts w:ascii="Aptos" w:hAnsi="Aptos"/>
                <w:color w:val="auto"/>
                <w:sz w:val="20"/>
                <w:szCs w:val="20"/>
                <w:lang w:val="en-GB"/>
              </w:rPr>
            </w:pPr>
          </w:p>
        </w:tc>
      </w:tr>
      <w:tr w:rsidR="00BA691C" w:rsidRPr="0092027F" w14:paraId="106EE5F2" w14:textId="77777777" w:rsidTr="007425FE">
        <w:trPr>
          <w:cantSplit/>
          <w:trHeight w:val="567"/>
          <w:jc w:val="center"/>
        </w:trPr>
        <w:tc>
          <w:tcPr>
            <w:tcW w:w="2721" w:type="dxa"/>
            <w:tcMar>
              <w:top w:w="85" w:type="dxa"/>
              <w:left w:w="100" w:type="dxa"/>
              <w:bottom w:w="85" w:type="dxa"/>
              <w:right w:w="100" w:type="dxa"/>
            </w:tcMar>
            <w:vAlign w:val="center"/>
          </w:tcPr>
          <w:p w14:paraId="351C24B1" w14:textId="77777777" w:rsidR="00BA691C" w:rsidRPr="0092027F" w:rsidRDefault="00BA691C" w:rsidP="00344161">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13B86A67" w14:textId="77777777" w:rsidR="00BA691C" w:rsidRPr="0092027F" w:rsidRDefault="00BA691C" w:rsidP="00344161">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24D6AB90" w14:textId="77777777" w:rsidR="00BA691C" w:rsidRPr="0092027F" w:rsidRDefault="00BA691C" w:rsidP="00344161">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5A808B5A" w14:textId="77777777" w:rsidR="00BA691C" w:rsidRPr="0092027F" w:rsidRDefault="00BA691C" w:rsidP="00344161">
            <w:pPr>
              <w:spacing w:after="0" w:line="276" w:lineRule="auto"/>
              <w:rPr>
                <w:rFonts w:ascii="Aptos" w:hAnsi="Aptos"/>
                <w:color w:val="auto"/>
                <w:sz w:val="20"/>
                <w:szCs w:val="20"/>
                <w:lang w:val="en-GB"/>
              </w:rPr>
            </w:pPr>
          </w:p>
        </w:tc>
      </w:tr>
      <w:tr w:rsidR="00BA691C" w:rsidRPr="0092027F" w14:paraId="54617D59" w14:textId="77777777" w:rsidTr="007425FE">
        <w:trPr>
          <w:cantSplit/>
          <w:trHeight w:val="567"/>
          <w:jc w:val="center"/>
        </w:trPr>
        <w:tc>
          <w:tcPr>
            <w:tcW w:w="2721" w:type="dxa"/>
            <w:tcMar>
              <w:top w:w="85" w:type="dxa"/>
              <w:left w:w="100" w:type="dxa"/>
              <w:bottom w:w="85" w:type="dxa"/>
              <w:right w:w="100" w:type="dxa"/>
            </w:tcMar>
            <w:vAlign w:val="center"/>
          </w:tcPr>
          <w:p w14:paraId="09783E1F" w14:textId="77777777" w:rsidR="00BA691C" w:rsidRPr="0092027F" w:rsidRDefault="00BA691C" w:rsidP="00344161">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64F3F07E" w14:textId="77777777" w:rsidR="00BA691C" w:rsidRPr="0092027F" w:rsidRDefault="00BA691C" w:rsidP="00344161">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7D5E0BAE" w14:textId="77777777" w:rsidR="00BA691C" w:rsidRPr="0092027F" w:rsidRDefault="00BA691C" w:rsidP="00344161">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1BF3005C" w14:textId="77777777" w:rsidR="00BA691C" w:rsidRPr="0092027F" w:rsidRDefault="00BA691C" w:rsidP="00344161">
            <w:pPr>
              <w:spacing w:after="0" w:line="276" w:lineRule="auto"/>
              <w:rPr>
                <w:rFonts w:ascii="Aptos" w:hAnsi="Aptos"/>
                <w:color w:val="auto"/>
                <w:sz w:val="20"/>
                <w:szCs w:val="20"/>
                <w:lang w:val="en-GB"/>
              </w:rPr>
            </w:pPr>
          </w:p>
        </w:tc>
      </w:tr>
      <w:tr w:rsidR="00CF6650" w:rsidRPr="0092027F" w14:paraId="18D8B6BF" w14:textId="77777777" w:rsidTr="007425FE">
        <w:trPr>
          <w:cantSplit/>
          <w:trHeight w:val="567"/>
          <w:jc w:val="center"/>
        </w:trPr>
        <w:tc>
          <w:tcPr>
            <w:tcW w:w="2721" w:type="dxa"/>
            <w:tcMar>
              <w:top w:w="85" w:type="dxa"/>
              <w:left w:w="100" w:type="dxa"/>
              <w:bottom w:w="85" w:type="dxa"/>
              <w:right w:w="100" w:type="dxa"/>
            </w:tcMar>
            <w:vAlign w:val="center"/>
          </w:tcPr>
          <w:p w14:paraId="5E2AEF44" w14:textId="77777777" w:rsidR="00CF6650" w:rsidRPr="0092027F" w:rsidRDefault="00CF6650" w:rsidP="00344161">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3029E928" w14:textId="77777777" w:rsidR="00CF6650" w:rsidRPr="0092027F" w:rsidRDefault="00CF6650" w:rsidP="00344161">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52E27B1F" w14:textId="77777777" w:rsidR="00CF6650" w:rsidRPr="0092027F" w:rsidRDefault="00CF6650" w:rsidP="00344161">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559A3B10" w14:textId="77777777" w:rsidR="00CF6650" w:rsidRPr="0092027F" w:rsidRDefault="00CF6650" w:rsidP="00344161">
            <w:pPr>
              <w:spacing w:after="0" w:line="276" w:lineRule="auto"/>
              <w:rPr>
                <w:rFonts w:ascii="Aptos" w:hAnsi="Aptos"/>
                <w:color w:val="auto"/>
                <w:sz w:val="20"/>
                <w:szCs w:val="20"/>
                <w:lang w:val="en-GB"/>
              </w:rPr>
            </w:pPr>
          </w:p>
        </w:tc>
      </w:tr>
    </w:tbl>
    <w:p w14:paraId="73043D4E" w14:textId="08A50936" w:rsidR="00BA691C" w:rsidRPr="0092027F" w:rsidRDefault="00BA691C" w:rsidP="000E40E2">
      <w:pPr>
        <w:jc w:val="both"/>
        <w:rPr>
          <w:rFonts w:ascii="Aptos" w:hAnsi="Aptos"/>
          <w:sz w:val="22"/>
          <w:lang w:val="en-GB"/>
        </w:rPr>
      </w:pP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4A0" w:firstRow="1" w:lastRow="0" w:firstColumn="1" w:lastColumn="0" w:noHBand="0" w:noVBand="1"/>
      </w:tblPr>
      <w:tblGrid>
        <w:gridCol w:w="2721"/>
        <w:gridCol w:w="1757"/>
        <w:gridCol w:w="3402"/>
        <w:gridCol w:w="1984"/>
      </w:tblGrid>
      <w:tr w:rsidR="0050124D" w:rsidRPr="0092027F" w14:paraId="4CDE2F2D" w14:textId="77777777" w:rsidTr="0050124D">
        <w:trPr>
          <w:cantSplit/>
          <w:tblHeader/>
          <w:jc w:val="center"/>
        </w:trPr>
        <w:tc>
          <w:tcPr>
            <w:tcW w:w="9864" w:type="dxa"/>
            <w:gridSpan w:val="4"/>
            <w:tcBorders>
              <w:top w:val="nil"/>
              <w:left w:val="nil"/>
              <w:bottom w:val="single" w:sz="4" w:space="0" w:color="auto"/>
              <w:right w:val="nil"/>
            </w:tcBorders>
            <w:tcMar>
              <w:top w:w="85" w:type="dxa"/>
              <w:left w:w="100" w:type="dxa"/>
              <w:bottom w:w="85" w:type="dxa"/>
              <w:right w:w="100" w:type="dxa"/>
            </w:tcMar>
            <w:vAlign w:val="center"/>
          </w:tcPr>
          <w:p w14:paraId="3E5F04B4" w14:textId="77777777" w:rsidR="0050124D" w:rsidRPr="0092027F" w:rsidRDefault="0050124D" w:rsidP="0050124D">
            <w:pPr>
              <w:pStyle w:val="Heading2"/>
              <w:rPr>
                <w:rFonts w:ascii="Aptos" w:hAnsi="Aptos"/>
                <w:sz w:val="24"/>
                <w:szCs w:val="24"/>
                <w:lang w:val="en-GB"/>
              </w:rPr>
            </w:pPr>
            <w:r w:rsidRPr="0092027F">
              <w:rPr>
                <w:rFonts w:ascii="Aptos" w:hAnsi="Aptos"/>
                <w:sz w:val="24"/>
                <w:szCs w:val="24"/>
                <w:lang w:val="en-GB"/>
              </w:rPr>
              <w:t>Relevant Training</w:t>
            </w:r>
          </w:p>
          <w:p w14:paraId="4F6766C3" w14:textId="5E444E0C" w:rsidR="0050124D" w:rsidRPr="0092027F" w:rsidRDefault="0050124D" w:rsidP="0050124D">
            <w:pPr>
              <w:spacing w:after="0" w:line="276" w:lineRule="auto"/>
              <w:rPr>
                <w:rFonts w:ascii="Aptos" w:hAnsi="Aptos"/>
                <w:b/>
                <w:color w:val="auto"/>
                <w:sz w:val="22"/>
                <w:lang w:val="en-GB"/>
              </w:rPr>
            </w:pPr>
            <w:r w:rsidRPr="0092027F">
              <w:rPr>
                <w:rFonts w:ascii="Aptos" w:hAnsi="Aptos"/>
                <w:sz w:val="22"/>
                <w:lang w:val="en-GB"/>
              </w:rPr>
              <w:t>Include safeguarding, first aid, behaviour support and other relevant courses, including training at work.</w:t>
            </w:r>
          </w:p>
        </w:tc>
      </w:tr>
      <w:tr w:rsidR="000E40E2" w:rsidRPr="0092027F" w14:paraId="5801AB24" w14:textId="77777777" w:rsidTr="0050124D">
        <w:trPr>
          <w:cantSplit/>
          <w:tblHeader/>
          <w:jc w:val="center"/>
        </w:trPr>
        <w:tc>
          <w:tcPr>
            <w:tcW w:w="2721"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5233E977" w14:textId="7BCDFD2A" w:rsidR="000E40E2" w:rsidRPr="0092027F" w:rsidRDefault="000E40E2" w:rsidP="00F5749A">
            <w:pPr>
              <w:spacing w:after="0" w:line="276" w:lineRule="auto"/>
              <w:rPr>
                <w:rFonts w:ascii="Aptos" w:hAnsi="Aptos"/>
                <w:color w:val="auto"/>
                <w:sz w:val="22"/>
                <w:lang w:val="en-GB"/>
              </w:rPr>
            </w:pPr>
            <w:r w:rsidRPr="0092027F">
              <w:rPr>
                <w:rFonts w:ascii="Aptos" w:hAnsi="Aptos"/>
                <w:b/>
                <w:color w:val="auto"/>
                <w:sz w:val="22"/>
                <w:lang w:val="en-GB"/>
              </w:rPr>
              <w:t>Provider</w:t>
            </w:r>
          </w:p>
        </w:tc>
        <w:tc>
          <w:tcPr>
            <w:tcW w:w="1757"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2C906408" w14:textId="34DFA340" w:rsidR="000E40E2" w:rsidRPr="0092027F" w:rsidRDefault="000E40E2" w:rsidP="00F5749A">
            <w:pPr>
              <w:spacing w:after="0" w:line="276" w:lineRule="auto"/>
              <w:rPr>
                <w:rFonts w:ascii="Aptos" w:hAnsi="Aptos"/>
                <w:color w:val="auto"/>
                <w:sz w:val="22"/>
                <w:lang w:val="en-GB"/>
              </w:rPr>
            </w:pPr>
            <w:r w:rsidRPr="0092027F">
              <w:rPr>
                <w:rFonts w:ascii="Aptos" w:hAnsi="Aptos"/>
                <w:b/>
                <w:color w:val="auto"/>
                <w:sz w:val="22"/>
                <w:lang w:val="en-GB"/>
              </w:rPr>
              <w:t>Course or Training</w:t>
            </w:r>
          </w:p>
        </w:tc>
        <w:tc>
          <w:tcPr>
            <w:tcW w:w="3402"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3A5A4CAA" w14:textId="0A28816B" w:rsidR="000E40E2" w:rsidRPr="0092027F" w:rsidRDefault="000E40E2" w:rsidP="00F5749A">
            <w:pPr>
              <w:spacing w:after="0" w:line="276" w:lineRule="auto"/>
              <w:rPr>
                <w:rFonts w:ascii="Aptos" w:hAnsi="Aptos"/>
                <w:color w:val="auto"/>
                <w:sz w:val="22"/>
                <w:lang w:val="en-GB"/>
              </w:rPr>
            </w:pPr>
            <w:r w:rsidRPr="0092027F">
              <w:rPr>
                <w:rFonts w:ascii="Aptos" w:hAnsi="Aptos"/>
                <w:b/>
                <w:color w:val="auto"/>
                <w:sz w:val="22"/>
                <w:lang w:val="en-GB"/>
              </w:rPr>
              <w:t>Completed and Duration</w:t>
            </w:r>
          </w:p>
        </w:tc>
        <w:tc>
          <w:tcPr>
            <w:tcW w:w="1984"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353BF3B8" w14:textId="2C9BB715" w:rsidR="000E40E2" w:rsidRPr="0092027F" w:rsidRDefault="000E40E2" w:rsidP="00F5749A">
            <w:pPr>
              <w:spacing w:after="0" w:line="276" w:lineRule="auto"/>
              <w:rPr>
                <w:rFonts w:ascii="Aptos" w:hAnsi="Aptos"/>
                <w:color w:val="auto"/>
                <w:sz w:val="22"/>
                <w:lang w:val="en-GB"/>
              </w:rPr>
            </w:pPr>
            <w:r w:rsidRPr="0092027F">
              <w:rPr>
                <w:rFonts w:ascii="Aptos" w:hAnsi="Aptos"/>
                <w:b/>
                <w:color w:val="auto"/>
                <w:sz w:val="22"/>
                <w:lang w:val="en-GB"/>
              </w:rPr>
              <w:t>Expiry if any</w:t>
            </w:r>
          </w:p>
        </w:tc>
      </w:tr>
      <w:tr w:rsidR="000E40E2" w:rsidRPr="0092027F" w14:paraId="694C06AE" w14:textId="77777777" w:rsidTr="007425FE">
        <w:trPr>
          <w:cantSplit/>
          <w:trHeight w:val="567"/>
          <w:jc w:val="center"/>
        </w:trPr>
        <w:tc>
          <w:tcPr>
            <w:tcW w:w="2721" w:type="dxa"/>
            <w:tcMar>
              <w:top w:w="85" w:type="dxa"/>
              <w:left w:w="100" w:type="dxa"/>
              <w:bottom w:w="85" w:type="dxa"/>
              <w:right w:w="100" w:type="dxa"/>
            </w:tcMar>
            <w:vAlign w:val="center"/>
          </w:tcPr>
          <w:p w14:paraId="530F60FD" w14:textId="77777777" w:rsidR="000E40E2" w:rsidRPr="0092027F" w:rsidRDefault="000E40E2"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1008ACBE" w14:textId="77777777" w:rsidR="000E40E2" w:rsidRPr="0092027F" w:rsidRDefault="000E40E2"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37D7BEE7" w14:textId="77777777" w:rsidR="000E40E2" w:rsidRPr="0092027F" w:rsidRDefault="000E40E2"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6AC38180" w14:textId="77777777" w:rsidR="000E40E2" w:rsidRPr="0092027F" w:rsidRDefault="000E40E2" w:rsidP="00F5749A">
            <w:pPr>
              <w:spacing w:after="0" w:line="276" w:lineRule="auto"/>
              <w:rPr>
                <w:rFonts w:ascii="Aptos" w:hAnsi="Aptos"/>
                <w:color w:val="auto"/>
                <w:sz w:val="20"/>
                <w:szCs w:val="20"/>
                <w:lang w:val="en-GB"/>
              </w:rPr>
            </w:pPr>
          </w:p>
        </w:tc>
      </w:tr>
      <w:tr w:rsidR="000E40E2" w:rsidRPr="0092027F" w14:paraId="66EF77E9" w14:textId="77777777" w:rsidTr="007425FE">
        <w:trPr>
          <w:cantSplit/>
          <w:trHeight w:val="567"/>
          <w:jc w:val="center"/>
        </w:trPr>
        <w:tc>
          <w:tcPr>
            <w:tcW w:w="2721" w:type="dxa"/>
            <w:tcMar>
              <w:top w:w="85" w:type="dxa"/>
              <w:left w:w="100" w:type="dxa"/>
              <w:bottom w:w="85" w:type="dxa"/>
              <w:right w:w="100" w:type="dxa"/>
            </w:tcMar>
            <w:vAlign w:val="center"/>
          </w:tcPr>
          <w:p w14:paraId="24A932BB" w14:textId="77777777" w:rsidR="000E40E2" w:rsidRPr="0092027F" w:rsidRDefault="000E40E2"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0A0BEA88" w14:textId="77777777" w:rsidR="000E40E2" w:rsidRPr="0092027F" w:rsidRDefault="000E40E2"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06311889" w14:textId="77777777" w:rsidR="000E40E2" w:rsidRPr="0092027F" w:rsidRDefault="000E40E2"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2486EAEE" w14:textId="77777777" w:rsidR="000E40E2" w:rsidRPr="0092027F" w:rsidRDefault="000E40E2" w:rsidP="00F5749A">
            <w:pPr>
              <w:spacing w:after="0" w:line="276" w:lineRule="auto"/>
              <w:rPr>
                <w:rFonts w:ascii="Aptos" w:hAnsi="Aptos"/>
                <w:color w:val="auto"/>
                <w:sz w:val="20"/>
                <w:szCs w:val="20"/>
                <w:lang w:val="en-GB"/>
              </w:rPr>
            </w:pPr>
          </w:p>
        </w:tc>
      </w:tr>
      <w:tr w:rsidR="000E40E2" w:rsidRPr="0092027F" w14:paraId="185FA842" w14:textId="77777777" w:rsidTr="007425FE">
        <w:trPr>
          <w:cantSplit/>
          <w:trHeight w:val="567"/>
          <w:jc w:val="center"/>
        </w:trPr>
        <w:tc>
          <w:tcPr>
            <w:tcW w:w="2721" w:type="dxa"/>
            <w:tcMar>
              <w:top w:w="85" w:type="dxa"/>
              <w:left w:w="100" w:type="dxa"/>
              <w:bottom w:w="85" w:type="dxa"/>
              <w:right w:w="100" w:type="dxa"/>
            </w:tcMar>
            <w:vAlign w:val="center"/>
          </w:tcPr>
          <w:p w14:paraId="0BD8227B" w14:textId="77777777" w:rsidR="000E40E2" w:rsidRPr="0092027F" w:rsidRDefault="000E40E2"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7DAF6D52" w14:textId="77777777" w:rsidR="000E40E2" w:rsidRPr="0092027F" w:rsidRDefault="000E40E2"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4E01DC2C" w14:textId="77777777" w:rsidR="000E40E2" w:rsidRPr="0092027F" w:rsidRDefault="000E40E2"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386867B7" w14:textId="77777777" w:rsidR="000E40E2" w:rsidRPr="0092027F" w:rsidRDefault="000E40E2" w:rsidP="00F5749A">
            <w:pPr>
              <w:spacing w:after="0" w:line="276" w:lineRule="auto"/>
              <w:rPr>
                <w:rFonts w:ascii="Aptos" w:hAnsi="Aptos"/>
                <w:color w:val="auto"/>
                <w:sz w:val="20"/>
                <w:szCs w:val="20"/>
                <w:lang w:val="en-GB"/>
              </w:rPr>
            </w:pPr>
          </w:p>
        </w:tc>
      </w:tr>
      <w:tr w:rsidR="000E40E2" w:rsidRPr="0092027F" w14:paraId="5391B63E" w14:textId="77777777" w:rsidTr="007425FE">
        <w:trPr>
          <w:cantSplit/>
          <w:trHeight w:val="567"/>
          <w:jc w:val="center"/>
        </w:trPr>
        <w:tc>
          <w:tcPr>
            <w:tcW w:w="2721" w:type="dxa"/>
            <w:tcMar>
              <w:top w:w="85" w:type="dxa"/>
              <w:left w:w="100" w:type="dxa"/>
              <w:bottom w:w="85" w:type="dxa"/>
              <w:right w:w="100" w:type="dxa"/>
            </w:tcMar>
            <w:vAlign w:val="center"/>
          </w:tcPr>
          <w:p w14:paraId="28C6981C" w14:textId="77777777" w:rsidR="000E40E2" w:rsidRPr="0092027F" w:rsidRDefault="000E40E2"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65C6437C" w14:textId="77777777" w:rsidR="000E40E2" w:rsidRPr="0092027F" w:rsidRDefault="000E40E2"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0217D9AC" w14:textId="77777777" w:rsidR="000E40E2" w:rsidRPr="0092027F" w:rsidRDefault="000E40E2"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680644FE" w14:textId="77777777" w:rsidR="000E40E2" w:rsidRPr="0092027F" w:rsidRDefault="000E40E2" w:rsidP="00F5749A">
            <w:pPr>
              <w:spacing w:after="0" w:line="276" w:lineRule="auto"/>
              <w:rPr>
                <w:rFonts w:ascii="Aptos" w:hAnsi="Aptos"/>
                <w:color w:val="auto"/>
                <w:sz w:val="20"/>
                <w:szCs w:val="20"/>
                <w:lang w:val="en-GB"/>
              </w:rPr>
            </w:pPr>
          </w:p>
        </w:tc>
      </w:tr>
      <w:tr w:rsidR="000E40E2" w:rsidRPr="0092027F" w14:paraId="03811003" w14:textId="77777777" w:rsidTr="007425FE">
        <w:trPr>
          <w:cantSplit/>
          <w:trHeight w:val="567"/>
          <w:jc w:val="center"/>
        </w:trPr>
        <w:tc>
          <w:tcPr>
            <w:tcW w:w="2721" w:type="dxa"/>
            <w:tcMar>
              <w:top w:w="85" w:type="dxa"/>
              <w:left w:w="100" w:type="dxa"/>
              <w:bottom w:w="85" w:type="dxa"/>
              <w:right w:w="100" w:type="dxa"/>
            </w:tcMar>
            <w:vAlign w:val="center"/>
          </w:tcPr>
          <w:p w14:paraId="18093D92" w14:textId="77777777" w:rsidR="000E40E2" w:rsidRPr="0092027F" w:rsidRDefault="000E40E2"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358BC3BC" w14:textId="77777777" w:rsidR="000E40E2" w:rsidRPr="0092027F" w:rsidRDefault="000E40E2"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4DE0D7E4" w14:textId="77777777" w:rsidR="000E40E2" w:rsidRPr="0092027F" w:rsidRDefault="000E40E2"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45C72271" w14:textId="77777777" w:rsidR="000E40E2" w:rsidRPr="0092027F" w:rsidRDefault="000E40E2" w:rsidP="00F5749A">
            <w:pPr>
              <w:spacing w:after="0" w:line="276" w:lineRule="auto"/>
              <w:rPr>
                <w:rFonts w:ascii="Aptos" w:hAnsi="Aptos"/>
                <w:color w:val="auto"/>
                <w:sz w:val="20"/>
                <w:szCs w:val="20"/>
                <w:lang w:val="en-GB"/>
              </w:rPr>
            </w:pPr>
          </w:p>
        </w:tc>
      </w:tr>
      <w:tr w:rsidR="00920823" w:rsidRPr="0092027F" w14:paraId="450267D3" w14:textId="77777777" w:rsidTr="007425FE">
        <w:trPr>
          <w:cantSplit/>
          <w:trHeight w:val="567"/>
          <w:jc w:val="center"/>
        </w:trPr>
        <w:tc>
          <w:tcPr>
            <w:tcW w:w="2721" w:type="dxa"/>
            <w:tcMar>
              <w:top w:w="85" w:type="dxa"/>
              <w:left w:w="100" w:type="dxa"/>
              <w:bottom w:w="85" w:type="dxa"/>
              <w:right w:w="100" w:type="dxa"/>
            </w:tcMar>
            <w:vAlign w:val="center"/>
          </w:tcPr>
          <w:p w14:paraId="238A9590" w14:textId="77777777" w:rsidR="00920823" w:rsidRPr="0092027F" w:rsidRDefault="00920823"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1698808B" w14:textId="77777777" w:rsidR="00920823" w:rsidRPr="0092027F" w:rsidRDefault="00920823"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7388160E" w14:textId="77777777" w:rsidR="00920823" w:rsidRPr="0092027F" w:rsidRDefault="00920823"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46C314D1" w14:textId="77777777" w:rsidR="00920823" w:rsidRPr="0092027F" w:rsidRDefault="00920823" w:rsidP="00F5749A">
            <w:pPr>
              <w:spacing w:after="0" w:line="276" w:lineRule="auto"/>
              <w:rPr>
                <w:rFonts w:ascii="Aptos" w:hAnsi="Aptos"/>
                <w:color w:val="auto"/>
                <w:sz w:val="20"/>
                <w:szCs w:val="20"/>
                <w:lang w:val="en-GB"/>
              </w:rPr>
            </w:pPr>
          </w:p>
        </w:tc>
      </w:tr>
      <w:tr w:rsidR="00920823" w:rsidRPr="0092027F" w14:paraId="3E149D10" w14:textId="77777777" w:rsidTr="007425FE">
        <w:trPr>
          <w:cantSplit/>
          <w:trHeight w:val="567"/>
          <w:jc w:val="center"/>
        </w:trPr>
        <w:tc>
          <w:tcPr>
            <w:tcW w:w="2721" w:type="dxa"/>
            <w:tcMar>
              <w:top w:w="85" w:type="dxa"/>
              <w:left w:w="100" w:type="dxa"/>
              <w:bottom w:w="85" w:type="dxa"/>
              <w:right w:w="100" w:type="dxa"/>
            </w:tcMar>
            <w:vAlign w:val="center"/>
          </w:tcPr>
          <w:p w14:paraId="4B91A960" w14:textId="77777777" w:rsidR="00920823" w:rsidRPr="0092027F" w:rsidRDefault="00920823"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2E1BA204" w14:textId="77777777" w:rsidR="00920823" w:rsidRPr="0092027F" w:rsidRDefault="00920823"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75233AA2" w14:textId="77777777" w:rsidR="00920823" w:rsidRPr="0092027F" w:rsidRDefault="00920823"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638D481E" w14:textId="77777777" w:rsidR="00920823" w:rsidRPr="0092027F" w:rsidRDefault="00920823" w:rsidP="00F5749A">
            <w:pPr>
              <w:spacing w:after="0" w:line="276" w:lineRule="auto"/>
              <w:rPr>
                <w:rFonts w:ascii="Aptos" w:hAnsi="Aptos"/>
                <w:color w:val="auto"/>
                <w:sz w:val="20"/>
                <w:szCs w:val="20"/>
                <w:lang w:val="en-GB"/>
              </w:rPr>
            </w:pPr>
          </w:p>
        </w:tc>
      </w:tr>
      <w:tr w:rsidR="007425FE" w:rsidRPr="0092027F" w14:paraId="137ADA4C" w14:textId="77777777" w:rsidTr="007425FE">
        <w:trPr>
          <w:cantSplit/>
          <w:trHeight w:val="567"/>
          <w:jc w:val="center"/>
        </w:trPr>
        <w:tc>
          <w:tcPr>
            <w:tcW w:w="2721" w:type="dxa"/>
            <w:tcMar>
              <w:top w:w="85" w:type="dxa"/>
              <w:left w:w="100" w:type="dxa"/>
              <w:bottom w:w="85" w:type="dxa"/>
              <w:right w:w="100" w:type="dxa"/>
            </w:tcMar>
            <w:vAlign w:val="center"/>
          </w:tcPr>
          <w:p w14:paraId="5FFDFD60" w14:textId="77777777" w:rsidR="007425FE" w:rsidRPr="0092027F" w:rsidRDefault="007425FE"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2DEE238B" w14:textId="77777777" w:rsidR="007425FE" w:rsidRPr="0092027F" w:rsidRDefault="007425FE"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23D652E8" w14:textId="77777777" w:rsidR="007425FE" w:rsidRPr="0092027F" w:rsidRDefault="007425FE"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703745BA" w14:textId="77777777" w:rsidR="007425FE" w:rsidRPr="0092027F" w:rsidRDefault="007425FE" w:rsidP="00F5749A">
            <w:pPr>
              <w:spacing w:after="0" w:line="276" w:lineRule="auto"/>
              <w:rPr>
                <w:rFonts w:ascii="Aptos" w:hAnsi="Aptos"/>
                <w:color w:val="auto"/>
                <w:sz w:val="20"/>
                <w:szCs w:val="20"/>
                <w:lang w:val="en-GB"/>
              </w:rPr>
            </w:pPr>
          </w:p>
        </w:tc>
      </w:tr>
      <w:tr w:rsidR="007425FE" w:rsidRPr="0092027F" w14:paraId="4A5CB3BF" w14:textId="77777777" w:rsidTr="007425FE">
        <w:trPr>
          <w:cantSplit/>
          <w:trHeight w:val="567"/>
          <w:jc w:val="center"/>
        </w:trPr>
        <w:tc>
          <w:tcPr>
            <w:tcW w:w="2721" w:type="dxa"/>
            <w:tcMar>
              <w:top w:w="85" w:type="dxa"/>
              <w:left w:w="100" w:type="dxa"/>
              <w:bottom w:w="85" w:type="dxa"/>
              <w:right w:w="100" w:type="dxa"/>
            </w:tcMar>
            <w:vAlign w:val="center"/>
          </w:tcPr>
          <w:p w14:paraId="6B155479" w14:textId="77777777" w:rsidR="007425FE" w:rsidRPr="0092027F" w:rsidRDefault="007425FE" w:rsidP="00F5749A">
            <w:pPr>
              <w:spacing w:after="0" w:line="276" w:lineRule="auto"/>
              <w:rPr>
                <w:rFonts w:ascii="Aptos" w:hAnsi="Aptos"/>
                <w:color w:val="auto"/>
                <w:sz w:val="20"/>
                <w:szCs w:val="20"/>
                <w:lang w:val="en-GB"/>
              </w:rPr>
            </w:pPr>
          </w:p>
        </w:tc>
        <w:tc>
          <w:tcPr>
            <w:tcW w:w="1757" w:type="dxa"/>
            <w:tcMar>
              <w:top w:w="85" w:type="dxa"/>
              <w:left w:w="100" w:type="dxa"/>
              <w:bottom w:w="85" w:type="dxa"/>
              <w:right w:w="100" w:type="dxa"/>
            </w:tcMar>
            <w:vAlign w:val="center"/>
          </w:tcPr>
          <w:p w14:paraId="2C568F02" w14:textId="77777777" w:rsidR="007425FE" w:rsidRPr="0092027F" w:rsidRDefault="007425FE" w:rsidP="00F5749A">
            <w:pPr>
              <w:spacing w:after="0" w:line="276" w:lineRule="auto"/>
              <w:rPr>
                <w:rFonts w:ascii="Aptos" w:hAnsi="Aptos"/>
                <w:color w:val="auto"/>
                <w:sz w:val="20"/>
                <w:szCs w:val="20"/>
                <w:lang w:val="en-GB"/>
              </w:rPr>
            </w:pPr>
          </w:p>
        </w:tc>
        <w:tc>
          <w:tcPr>
            <w:tcW w:w="3402" w:type="dxa"/>
            <w:tcMar>
              <w:top w:w="85" w:type="dxa"/>
              <w:left w:w="100" w:type="dxa"/>
              <w:bottom w:w="85" w:type="dxa"/>
              <w:right w:w="100" w:type="dxa"/>
            </w:tcMar>
            <w:vAlign w:val="center"/>
          </w:tcPr>
          <w:p w14:paraId="0FB90C88" w14:textId="77777777" w:rsidR="007425FE" w:rsidRPr="0092027F" w:rsidRDefault="007425FE" w:rsidP="00F5749A">
            <w:pPr>
              <w:spacing w:after="0" w:line="276" w:lineRule="auto"/>
              <w:rPr>
                <w:rFonts w:ascii="Aptos" w:hAnsi="Aptos"/>
                <w:color w:val="auto"/>
                <w:sz w:val="20"/>
                <w:szCs w:val="20"/>
                <w:lang w:val="en-GB"/>
              </w:rPr>
            </w:pPr>
          </w:p>
        </w:tc>
        <w:tc>
          <w:tcPr>
            <w:tcW w:w="1984" w:type="dxa"/>
            <w:tcMar>
              <w:top w:w="85" w:type="dxa"/>
              <w:left w:w="100" w:type="dxa"/>
              <w:bottom w:w="85" w:type="dxa"/>
              <w:right w:w="100" w:type="dxa"/>
            </w:tcMar>
            <w:vAlign w:val="center"/>
          </w:tcPr>
          <w:p w14:paraId="492277DA" w14:textId="77777777" w:rsidR="007425FE" w:rsidRPr="0092027F" w:rsidRDefault="007425FE" w:rsidP="00F5749A">
            <w:pPr>
              <w:spacing w:after="0" w:line="276" w:lineRule="auto"/>
              <w:rPr>
                <w:rFonts w:ascii="Aptos" w:hAnsi="Aptos"/>
                <w:color w:val="auto"/>
                <w:sz w:val="20"/>
                <w:szCs w:val="20"/>
                <w:lang w:val="en-GB"/>
              </w:rPr>
            </w:pPr>
          </w:p>
        </w:tc>
      </w:tr>
    </w:tbl>
    <w:p w14:paraId="6F2BB121" w14:textId="57EC5CF7" w:rsidR="00BA691C" w:rsidRPr="00542E3B" w:rsidRDefault="00000000" w:rsidP="00542E3B">
      <w:pPr>
        <w:pStyle w:val="Heading1"/>
        <w:rPr>
          <w:rFonts w:ascii="Aptos" w:hAnsi="Aptos"/>
          <w:sz w:val="24"/>
          <w:szCs w:val="24"/>
          <w:lang w:val="en-GB"/>
        </w:rPr>
      </w:pPr>
      <w:r w:rsidRPr="00542E3B">
        <w:rPr>
          <w:rFonts w:ascii="Aptos" w:hAnsi="Aptos"/>
          <w:sz w:val="24"/>
          <w:szCs w:val="24"/>
          <w:lang w:val="en-GB"/>
        </w:rPr>
        <w:lastRenderedPageBreak/>
        <w:t>Employment history</w:t>
      </w:r>
    </w:p>
    <w:p w14:paraId="5787B793" w14:textId="77777777" w:rsidR="00150757" w:rsidRPr="00150757" w:rsidRDefault="00150757" w:rsidP="00150757">
      <w:pPr>
        <w:jc w:val="both"/>
        <w:rPr>
          <w:rFonts w:ascii="Aptos" w:hAnsi="Aptos"/>
          <w:sz w:val="22"/>
          <w:lang w:val="en-GB"/>
        </w:rPr>
      </w:pPr>
      <w:r w:rsidRPr="00150757">
        <w:rPr>
          <w:rFonts w:ascii="Aptos" w:hAnsi="Aptos"/>
          <w:sz w:val="22"/>
          <w:lang w:val="en-GB"/>
        </w:rPr>
        <w:t xml:space="preserve">Please provide a </w:t>
      </w:r>
      <w:r w:rsidRPr="00150757">
        <w:rPr>
          <w:rFonts w:ascii="Aptos" w:hAnsi="Aptos"/>
          <w:b/>
          <w:bCs/>
          <w:sz w:val="22"/>
          <w:lang w:val="en-GB"/>
        </w:rPr>
        <w:t>complete history from leaving full-time education to the present day</w:t>
      </w:r>
      <w:r w:rsidRPr="00150757">
        <w:rPr>
          <w:rFonts w:ascii="Aptos" w:hAnsi="Aptos"/>
          <w:sz w:val="22"/>
          <w:lang w:val="en-GB"/>
        </w:rPr>
        <w:t>.</w:t>
      </w:r>
    </w:p>
    <w:p w14:paraId="619064B7" w14:textId="065C0ECC" w:rsidR="00150757" w:rsidRPr="00150757" w:rsidRDefault="00150757" w:rsidP="00150757">
      <w:pPr>
        <w:jc w:val="both"/>
        <w:rPr>
          <w:rFonts w:ascii="Aptos" w:hAnsi="Aptos"/>
          <w:sz w:val="22"/>
          <w:lang w:val="en-GB"/>
        </w:rPr>
      </w:pPr>
      <w:r w:rsidRPr="00150757">
        <w:rPr>
          <w:rFonts w:ascii="Aptos" w:hAnsi="Aptos"/>
          <w:sz w:val="22"/>
          <w:lang w:val="en-GB"/>
        </w:rPr>
        <w:t>Include</w:t>
      </w:r>
      <w:r>
        <w:rPr>
          <w:rFonts w:ascii="Aptos" w:hAnsi="Aptos"/>
          <w:sz w:val="22"/>
          <w:lang w:val="en-GB"/>
        </w:rPr>
        <w:t xml:space="preserve">: </w:t>
      </w:r>
      <w:r w:rsidRPr="00150757">
        <w:rPr>
          <w:rFonts w:ascii="Aptos" w:hAnsi="Aptos"/>
          <w:sz w:val="22"/>
          <w:lang w:val="en-GB"/>
        </w:rPr>
        <w:t>all paid employment</w:t>
      </w:r>
      <w:r>
        <w:rPr>
          <w:rFonts w:ascii="Aptos" w:hAnsi="Aptos"/>
          <w:sz w:val="22"/>
          <w:lang w:val="en-GB"/>
        </w:rPr>
        <w:t xml:space="preserve">, </w:t>
      </w:r>
      <w:r w:rsidRPr="00150757">
        <w:rPr>
          <w:rFonts w:ascii="Aptos" w:hAnsi="Aptos"/>
          <w:sz w:val="22"/>
          <w:lang w:val="en-GB"/>
        </w:rPr>
        <w:t>self-employment</w:t>
      </w:r>
      <w:r>
        <w:rPr>
          <w:rFonts w:ascii="Aptos" w:hAnsi="Aptos"/>
          <w:sz w:val="22"/>
          <w:lang w:val="en-GB"/>
        </w:rPr>
        <w:t xml:space="preserve">, </w:t>
      </w:r>
      <w:r w:rsidRPr="00150757">
        <w:rPr>
          <w:rFonts w:ascii="Aptos" w:hAnsi="Aptos"/>
          <w:sz w:val="22"/>
          <w:lang w:val="en-GB"/>
        </w:rPr>
        <w:t>agency, temporary and part-time work</w:t>
      </w:r>
      <w:r>
        <w:rPr>
          <w:rFonts w:ascii="Aptos" w:hAnsi="Aptos"/>
          <w:sz w:val="22"/>
          <w:lang w:val="en-GB"/>
        </w:rPr>
        <w:t xml:space="preserve">, </w:t>
      </w:r>
      <w:r w:rsidRPr="00150757">
        <w:rPr>
          <w:rFonts w:ascii="Aptos" w:hAnsi="Aptos"/>
          <w:sz w:val="22"/>
          <w:lang w:val="en-GB"/>
        </w:rPr>
        <w:t xml:space="preserve">voluntary </w:t>
      </w:r>
      <w:proofErr w:type="gramStart"/>
      <w:r w:rsidRPr="00150757">
        <w:rPr>
          <w:rFonts w:ascii="Aptos" w:hAnsi="Aptos"/>
          <w:sz w:val="22"/>
          <w:lang w:val="en-GB"/>
        </w:rPr>
        <w:t>work;</w:t>
      </w:r>
      <w:r>
        <w:rPr>
          <w:rFonts w:ascii="Aptos" w:hAnsi="Aptos"/>
          <w:sz w:val="22"/>
          <w:lang w:val="en-GB"/>
        </w:rPr>
        <w:t>,</w:t>
      </w:r>
      <w:proofErr w:type="gramEnd"/>
      <w:r>
        <w:rPr>
          <w:rFonts w:ascii="Aptos" w:hAnsi="Aptos"/>
          <w:sz w:val="22"/>
          <w:lang w:val="en-GB"/>
        </w:rPr>
        <w:t xml:space="preserve"> </w:t>
      </w:r>
      <w:r w:rsidRPr="00150757">
        <w:rPr>
          <w:rFonts w:ascii="Aptos" w:hAnsi="Aptos"/>
          <w:sz w:val="22"/>
          <w:lang w:val="en-GB"/>
        </w:rPr>
        <w:t>further education or study</w:t>
      </w:r>
      <w:r>
        <w:rPr>
          <w:rFonts w:ascii="Aptos" w:hAnsi="Aptos"/>
          <w:sz w:val="22"/>
          <w:lang w:val="en-GB"/>
        </w:rPr>
        <w:t xml:space="preserve">, </w:t>
      </w:r>
      <w:r w:rsidRPr="00150757">
        <w:rPr>
          <w:rFonts w:ascii="Aptos" w:hAnsi="Aptos"/>
          <w:sz w:val="22"/>
          <w:lang w:val="en-GB"/>
        </w:rPr>
        <w:t>periods of unemployment</w:t>
      </w:r>
      <w:r>
        <w:rPr>
          <w:rFonts w:ascii="Aptos" w:hAnsi="Aptos"/>
          <w:sz w:val="22"/>
          <w:lang w:val="en-GB"/>
        </w:rPr>
        <w:t xml:space="preserve">, </w:t>
      </w:r>
      <w:r w:rsidRPr="00150757">
        <w:rPr>
          <w:rFonts w:ascii="Aptos" w:hAnsi="Aptos"/>
          <w:sz w:val="22"/>
          <w:lang w:val="en-GB"/>
        </w:rPr>
        <w:t>caring responsibilities</w:t>
      </w:r>
      <w:r>
        <w:rPr>
          <w:rFonts w:ascii="Aptos" w:hAnsi="Aptos"/>
          <w:sz w:val="22"/>
          <w:lang w:val="en-GB"/>
        </w:rPr>
        <w:t xml:space="preserve">, </w:t>
      </w:r>
      <w:r w:rsidRPr="00150757">
        <w:rPr>
          <w:rFonts w:ascii="Aptos" w:hAnsi="Aptos"/>
          <w:sz w:val="22"/>
          <w:lang w:val="en-GB"/>
        </w:rPr>
        <w:t>trave</w:t>
      </w:r>
      <w:r>
        <w:rPr>
          <w:rFonts w:ascii="Aptos" w:hAnsi="Aptos"/>
          <w:sz w:val="22"/>
          <w:lang w:val="en-GB"/>
        </w:rPr>
        <w:t xml:space="preserve">l, </w:t>
      </w:r>
      <w:r w:rsidRPr="00150757">
        <w:rPr>
          <w:rFonts w:ascii="Aptos" w:hAnsi="Aptos"/>
          <w:sz w:val="22"/>
          <w:lang w:val="en-GB"/>
        </w:rPr>
        <w:t>periods living overseas</w:t>
      </w:r>
      <w:r>
        <w:rPr>
          <w:rFonts w:ascii="Aptos" w:hAnsi="Aptos"/>
          <w:sz w:val="22"/>
          <w:lang w:val="en-GB"/>
        </w:rPr>
        <w:t xml:space="preserve"> </w:t>
      </w:r>
      <w:r w:rsidRPr="00150757">
        <w:rPr>
          <w:rFonts w:ascii="Aptos" w:hAnsi="Aptos"/>
          <w:sz w:val="22"/>
          <w:lang w:val="en-GB"/>
        </w:rPr>
        <w:t>and</w:t>
      </w:r>
      <w:r>
        <w:rPr>
          <w:rFonts w:ascii="Aptos" w:hAnsi="Aptos"/>
          <w:sz w:val="22"/>
          <w:lang w:val="en-GB"/>
        </w:rPr>
        <w:t xml:space="preserve"> </w:t>
      </w:r>
      <w:r w:rsidRPr="00150757">
        <w:rPr>
          <w:rFonts w:ascii="Aptos" w:hAnsi="Aptos"/>
          <w:sz w:val="22"/>
          <w:lang w:val="en-GB"/>
        </w:rPr>
        <w:t>any other period not covered by employment.</w:t>
      </w:r>
      <w:r>
        <w:rPr>
          <w:rFonts w:ascii="Aptos" w:hAnsi="Aptos"/>
          <w:sz w:val="22"/>
          <w:lang w:val="en-GB"/>
        </w:rPr>
        <w:t xml:space="preserve"> </w:t>
      </w:r>
      <w:r w:rsidRPr="00150757">
        <w:rPr>
          <w:rFonts w:ascii="Aptos" w:hAnsi="Aptos"/>
          <w:sz w:val="22"/>
          <w:lang w:val="en-GB"/>
        </w:rPr>
        <w:t>Please show overlapping roles separately.</w:t>
      </w:r>
    </w:p>
    <w:p w14:paraId="7B749C57" w14:textId="77777777" w:rsidR="00150757" w:rsidRPr="00150757" w:rsidRDefault="00150757" w:rsidP="00150757">
      <w:pPr>
        <w:jc w:val="both"/>
        <w:rPr>
          <w:rFonts w:ascii="Aptos" w:hAnsi="Aptos"/>
          <w:sz w:val="22"/>
          <w:lang w:val="en-GB"/>
        </w:rPr>
      </w:pPr>
      <w:r w:rsidRPr="00150757">
        <w:rPr>
          <w:rFonts w:ascii="Aptos" w:hAnsi="Aptos"/>
          <w:sz w:val="22"/>
          <w:lang w:val="en-GB"/>
        </w:rPr>
        <w:t xml:space="preserve">For every employment or voluntary role, identify whether the role involved working with </w:t>
      </w:r>
      <w:r w:rsidRPr="00150757">
        <w:rPr>
          <w:rFonts w:ascii="Aptos" w:hAnsi="Aptos"/>
          <w:b/>
          <w:bCs/>
          <w:sz w:val="22"/>
          <w:lang w:val="en-GB"/>
        </w:rPr>
        <w:t>children or vulnerable adults</w:t>
      </w:r>
      <w:r w:rsidRPr="00150757">
        <w:rPr>
          <w:rFonts w:ascii="Aptos" w:hAnsi="Aptos"/>
          <w:sz w:val="22"/>
          <w:lang w:val="en-GB"/>
        </w:rPr>
        <w:t>.</w:t>
      </w:r>
    </w:p>
    <w:tbl>
      <w:tblPr>
        <w:tblStyle w:val="TableGrid"/>
        <w:tblW w:w="9864" w:type="dxa"/>
        <w:tblLook w:val="04A0" w:firstRow="1" w:lastRow="0" w:firstColumn="1" w:lastColumn="0" w:noHBand="0" w:noVBand="1"/>
      </w:tblPr>
      <w:tblGrid>
        <w:gridCol w:w="561"/>
        <w:gridCol w:w="1950"/>
        <w:gridCol w:w="509"/>
        <w:gridCol w:w="1943"/>
        <w:gridCol w:w="63"/>
        <w:gridCol w:w="528"/>
        <w:gridCol w:w="1858"/>
        <w:gridCol w:w="26"/>
        <w:gridCol w:w="509"/>
        <w:gridCol w:w="1917"/>
      </w:tblGrid>
      <w:tr w:rsidR="00542E3B" w:rsidRPr="0092027F" w14:paraId="142C0750" w14:textId="77777777" w:rsidTr="00150757">
        <w:trPr>
          <w:trHeight w:val="567"/>
        </w:trPr>
        <w:tc>
          <w:tcPr>
            <w:tcW w:w="9864" w:type="dxa"/>
            <w:gridSpan w:val="10"/>
            <w:tcBorders>
              <w:top w:val="nil"/>
              <w:left w:val="nil"/>
              <w:bottom w:val="single" w:sz="4" w:space="0" w:color="auto"/>
              <w:right w:val="nil"/>
            </w:tcBorders>
            <w:vAlign w:val="center"/>
          </w:tcPr>
          <w:p w14:paraId="4C69DC0F" w14:textId="1141B2CD" w:rsidR="00542E3B" w:rsidRPr="00542E3B" w:rsidRDefault="00542E3B" w:rsidP="00F5749A">
            <w:pPr>
              <w:spacing w:after="0" w:line="240" w:lineRule="auto"/>
              <w:rPr>
                <w:rFonts w:ascii="Aptos" w:hAnsi="Aptos"/>
                <w:b/>
                <w:bCs/>
                <w:sz w:val="20"/>
                <w:szCs w:val="20"/>
                <w:lang w:val="en-GB"/>
              </w:rPr>
            </w:pPr>
            <w:r w:rsidRPr="00542E3B">
              <w:rPr>
                <w:rFonts w:ascii="Aptos" w:hAnsi="Aptos"/>
                <w:b/>
                <w:bCs/>
                <w:sz w:val="22"/>
                <w:lang w:val="en-GB"/>
              </w:rPr>
              <w:t>Current or most recent employer</w:t>
            </w:r>
          </w:p>
        </w:tc>
      </w:tr>
      <w:tr w:rsidR="00225DB3" w:rsidRPr="0092027F" w14:paraId="33E8C984" w14:textId="77777777" w:rsidTr="0015075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03DB50" w14:textId="0F85708B" w:rsidR="00225DB3" w:rsidRPr="0092027F" w:rsidRDefault="00225DB3" w:rsidP="00F5749A">
            <w:pPr>
              <w:spacing w:after="0" w:line="240" w:lineRule="auto"/>
              <w:rPr>
                <w:rFonts w:ascii="Aptos" w:hAnsi="Aptos"/>
                <w:b/>
                <w:sz w:val="22"/>
                <w:lang w:val="en-GB"/>
              </w:rPr>
            </w:pPr>
            <w:r w:rsidRPr="0092027F">
              <w:rPr>
                <w:rFonts w:ascii="Aptos" w:hAnsi="Aptos"/>
                <w:b/>
                <w:sz w:val="22"/>
                <w:lang w:val="en-GB"/>
              </w:rPr>
              <w:t>Company Name:</w:t>
            </w:r>
          </w:p>
        </w:tc>
        <w:tc>
          <w:tcPr>
            <w:tcW w:w="7353" w:type="dxa"/>
            <w:gridSpan w:val="8"/>
            <w:tcBorders>
              <w:top w:val="single" w:sz="4" w:space="0" w:color="auto"/>
              <w:left w:val="single" w:sz="4" w:space="0" w:color="auto"/>
            </w:tcBorders>
            <w:vAlign w:val="center"/>
          </w:tcPr>
          <w:p w14:paraId="340160BC" w14:textId="77777777" w:rsidR="00225DB3" w:rsidRPr="0092027F" w:rsidRDefault="00225DB3" w:rsidP="00F5749A">
            <w:pPr>
              <w:spacing w:after="0" w:line="240" w:lineRule="auto"/>
              <w:rPr>
                <w:rFonts w:ascii="Aptos" w:hAnsi="Aptos"/>
                <w:bCs/>
                <w:sz w:val="20"/>
                <w:szCs w:val="20"/>
                <w:lang w:val="en-GB"/>
              </w:rPr>
            </w:pPr>
          </w:p>
        </w:tc>
      </w:tr>
      <w:tr w:rsidR="00225DB3" w:rsidRPr="0092027F" w14:paraId="347E64D4" w14:textId="77777777" w:rsidTr="00CA702A">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878FCB" w14:textId="024BCF0F" w:rsidR="00225DB3" w:rsidRPr="0092027F" w:rsidRDefault="00225DB3" w:rsidP="00F5749A">
            <w:pPr>
              <w:spacing w:after="0" w:line="240" w:lineRule="auto"/>
              <w:rPr>
                <w:rFonts w:ascii="Aptos" w:hAnsi="Aptos"/>
                <w:b/>
                <w:sz w:val="22"/>
                <w:lang w:val="en-GB"/>
              </w:rPr>
            </w:pPr>
            <w:r w:rsidRPr="0092027F">
              <w:rPr>
                <w:rFonts w:ascii="Aptos" w:hAnsi="Aptos"/>
                <w:b/>
                <w:sz w:val="22"/>
                <w:lang w:val="en-GB"/>
              </w:rPr>
              <w:t>Address:</w:t>
            </w:r>
          </w:p>
        </w:tc>
        <w:tc>
          <w:tcPr>
            <w:tcW w:w="7353" w:type="dxa"/>
            <w:gridSpan w:val="8"/>
            <w:tcBorders>
              <w:left w:val="single" w:sz="4" w:space="0" w:color="auto"/>
            </w:tcBorders>
            <w:vAlign w:val="center"/>
          </w:tcPr>
          <w:p w14:paraId="5FA4131F" w14:textId="77777777" w:rsidR="00225DB3" w:rsidRPr="0092027F" w:rsidRDefault="00225DB3" w:rsidP="00F5749A">
            <w:pPr>
              <w:spacing w:after="0" w:line="240" w:lineRule="auto"/>
              <w:rPr>
                <w:rFonts w:ascii="Aptos" w:hAnsi="Aptos"/>
                <w:bCs/>
                <w:sz w:val="20"/>
                <w:szCs w:val="20"/>
                <w:lang w:val="en-GB"/>
              </w:rPr>
            </w:pPr>
          </w:p>
        </w:tc>
      </w:tr>
      <w:tr w:rsidR="00225DB3" w:rsidRPr="0092027F" w14:paraId="43C636A9" w14:textId="77777777" w:rsidTr="00CA702A">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EEE750" w14:textId="4B33D4A5" w:rsidR="00225DB3" w:rsidRPr="0092027F" w:rsidRDefault="00225DB3" w:rsidP="00F5749A">
            <w:pPr>
              <w:spacing w:after="0" w:line="240" w:lineRule="auto"/>
              <w:rPr>
                <w:rFonts w:ascii="Aptos" w:hAnsi="Aptos"/>
                <w:b/>
                <w:sz w:val="22"/>
                <w:lang w:val="en-GB"/>
              </w:rPr>
            </w:pPr>
            <w:r w:rsidRPr="0092027F">
              <w:rPr>
                <w:rFonts w:ascii="Aptos" w:hAnsi="Aptos"/>
                <w:b/>
                <w:sz w:val="22"/>
                <w:lang w:val="en-GB"/>
              </w:rPr>
              <w:t>Job Title</w:t>
            </w:r>
            <w:r w:rsidRPr="0092027F">
              <w:rPr>
                <w:rFonts w:ascii="Aptos" w:hAnsi="Aptos"/>
                <w:b/>
                <w:sz w:val="22"/>
                <w:lang w:val="en-GB"/>
              </w:rPr>
              <w:t>:</w:t>
            </w:r>
          </w:p>
        </w:tc>
        <w:tc>
          <w:tcPr>
            <w:tcW w:w="7353" w:type="dxa"/>
            <w:gridSpan w:val="8"/>
            <w:tcBorders>
              <w:left w:val="single" w:sz="4" w:space="0" w:color="auto"/>
            </w:tcBorders>
            <w:vAlign w:val="center"/>
          </w:tcPr>
          <w:p w14:paraId="3B2CE126" w14:textId="77777777" w:rsidR="00225DB3" w:rsidRPr="0092027F" w:rsidRDefault="00225DB3" w:rsidP="00F5749A">
            <w:pPr>
              <w:spacing w:after="0" w:line="240" w:lineRule="auto"/>
              <w:rPr>
                <w:rFonts w:ascii="Aptos" w:hAnsi="Aptos"/>
                <w:bCs/>
                <w:sz w:val="20"/>
                <w:szCs w:val="20"/>
                <w:lang w:val="en-GB"/>
              </w:rPr>
            </w:pPr>
          </w:p>
        </w:tc>
      </w:tr>
      <w:tr w:rsidR="00225DB3" w:rsidRPr="0092027F" w14:paraId="16415E29" w14:textId="77777777" w:rsidTr="00CA702A">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2BD2A7" w14:textId="211E2448" w:rsidR="00225DB3" w:rsidRPr="0092027F" w:rsidRDefault="00225DB3" w:rsidP="00F5749A">
            <w:pPr>
              <w:spacing w:after="0" w:line="240" w:lineRule="auto"/>
              <w:rPr>
                <w:rFonts w:ascii="Aptos" w:hAnsi="Aptos"/>
                <w:b/>
                <w:sz w:val="22"/>
                <w:lang w:val="en-GB"/>
              </w:rPr>
            </w:pPr>
            <w:r w:rsidRPr="0092027F">
              <w:rPr>
                <w:rFonts w:ascii="Aptos" w:hAnsi="Aptos"/>
                <w:b/>
                <w:sz w:val="22"/>
                <w:lang w:val="en-GB"/>
              </w:rPr>
              <w:t>Contracted Hours</w:t>
            </w:r>
            <w:r w:rsidRPr="0092027F">
              <w:rPr>
                <w:rFonts w:ascii="Aptos" w:hAnsi="Aptos"/>
                <w:b/>
                <w:sz w:val="22"/>
                <w:lang w:val="en-GB"/>
              </w:rPr>
              <w:t>:</w:t>
            </w:r>
          </w:p>
        </w:tc>
        <w:tc>
          <w:tcPr>
            <w:tcW w:w="7353" w:type="dxa"/>
            <w:gridSpan w:val="8"/>
            <w:tcBorders>
              <w:left w:val="single" w:sz="4" w:space="0" w:color="auto"/>
            </w:tcBorders>
            <w:vAlign w:val="center"/>
          </w:tcPr>
          <w:p w14:paraId="7A3D21AA" w14:textId="77777777" w:rsidR="00225DB3" w:rsidRPr="0092027F" w:rsidRDefault="00225DB3" w:rsidP="00F5749A">
            <w:pPr>
              <w:spacing w:after="0" w:line="240" w:lineRule="auto"/>
              <w:rPr>
                <w:rFonts w:ascii="Aptos" w:hAnsi="Aptos"/>
                <w:bCs/>
                <w:sz w:val="20"/>
                <w:szCs w:val="20"/>
                <w:lang w:val="en-GB"/>
              </w:rPr>
            </w:pPr>
          </w:p>
        </w:tc>
      </w:tr>
      <w:tr w:rsidR="00CD0D30" w:rsidRPr="0092027F" w14:paraId="4BDEF37C" w14:textId="77777777" w:rsidTr="00CA702A">
        <w:trPr>
          <w:trHeight w:val="567"/>
        </w:trPr>
        <w:tc>
          <w:tcPr>
            <w:tcW w:w="2511" w:type="dxa"/>
            <w:gridSpan w:val="2"/>
            <w:tcBorders>
              <w:top w:val="single" w:sz="4" w:space="0" w:color="auto"/>
              <w:left w:val="single" w:sz="4" w:space="0" w:color="auto"/>
              <w:bottom w:val="single" w:sz="4" w:space="0" w:color="auto"/>
            </w:tcBorders>
            <w:shd w:val="clear" w:color="auto" w:fill="F2F2F2" w:themeFill="background1" w:themeFillShade="F2"/>
            <w:vAlign w:val="center"/>
          </w:tcPr>
          <w:p w14:paraId="73EE8C46" w14:textId="149FB110" w:rsidR="00CD0D30" w:rsidRPr="0092027F" w:rsidRDefault="00CD0D30" w:rsidP="00F5749A">
            <w:pPr>
              <w:spacing w:after="0" w:line="240" w:lineRule="auto"/>
              <w:rPr>
                <w:rFonts w:ascii="Aptos" w:hAnsi="Aptos"/>
                <w:bCs/>
                <w:sz w:val="22"/>
                <w:lang w:val="en-GB"/>
              </w:rPr>
            </w:pPr>
            <w:r w:rsidRPr="0092027F">
              <w:rPr>
                <w:rFonts w:ascii="Aptos" w:hAnsi="Aptos"/>
                <w:b/>
                <w:sz w:val="22"/>
                <w:lang w:val="en-GB"/>
              </w:rPr>
              <w:t>Start Date:</w:t>
            </w:r>
            <w:r w:rsidRPr="0092027F">
              <w:rPr>
                <w:rFonts w:ascii="Aptos" w:hAnsi="Aptos"/>
                <w:b/>
                <w:sz w:val="22"/>
                <w:lang w:val="en-GB"/>
              </w:rPr>
              <w:tab/>
            </w:r>
          </w:p>
        </w:tc>
        <w:tc>
          <w:tcPr>
            <w:tcW w:w="2452" w:type="dxa"/>
            <w:gridSpan w:val="2"/>
            <w:tcBorders>
              <w:top w:val="single" w:sz="4" w:space="0" w:color="auto"/>
              <w:left w:val="single" w:sz="4" w:space="0" w:color="auto"/>
              <w:bottom w:val="single" w:sz="4" w:space="0" w:color="auto"/>
            </w:tcBorders>
            <w:vAlign w:val="center"/>
          </w:tcPr>
          <w:p w14:paraId="21885450" w14:textId="77777777" w:rsidR="00CD0D30" w:rsidRPr="0092027F" w:rsidRDefault="00CD0D30" w:rsidP="00F5749A">
            <w:pPr>
              <w:spacing w:after="0" w:line="240" w:lineRule="auto"/>
              <w:rPr>
                <w:rFonts w:ascii="Aptos" w:hAnsi="Aptos"/>
                <w:bCs/>
                <w:sz w:val="20"/>
                <w:szCs w:val="20"/>
                <w:lang w:val="en-GB"/>
              </w:rPr>
            </w:pPr>
          </w:p>
        </w:tc>
        <w:tc>
          <w:tcPr>
            <w:tcW w:w="2449" w:type="dxa"/>
            <w:gridSpan w:val="3"/>
            <w:tcBorders>
              <w:top w:val="single" w:sz="4" w:space="0" w:color="auto"/>
              <w:left w:val="single" w:sz="4" w:space="0" w:color="auto"/>
              <w:bottom w:val="single" w:sz="4" w:space="0" w:color="auto"/>
            </w:tcBorders>
            <w:shd w:val="clear" w:color="auto" w:fill="F2F2F2" w:themeFill="background1" w:themeFillShade="F2"/>
            <w:vAlign w:val="center"/>
          </w:tcPr>
          <w:p w14:paraId="061756B6" w14:textId="35FEBD27" w:rsidR="00CD0D30" w:rsidRPr="0092027F" w:rsidRDefault="00CD0D30" w:rsidP="00F5749A">
            <w:pPr>
              <w:spacing w:after="0" w:line="240" w:lineRule="auto"/>
              <w:rPr>
                <w:rFonts w:ascii="Aptos" w:hAnsi="Aptos"/>
                <w:bCs/>
                <w:sz w:val="20"/>
                <w:szCs w:val="20"/>
                <w:lang w:val="en-GB"/>
              </w:rPr>
            </w:pPr>
            <w:r w:rsidRPr="0092027F">
              <w:rPr>
                <w:rFonts w:ascii="Aptos" w:hAnsi="Aptos"/>
                <w:b/>
                <w:sz w:val="22"/>
                <w:lang w:val="en-GB"/>
              </w:rPr>
              <w:t>End Date:</w:t>
            </w:r>
          </w:p>
        </w:tc>
        <w:tc>
          <w:tcPr>
            <w:tcW w:w="2452" w:type="dxa"/>
            <w:gridSpan w:val="3"/>
            <w:tcBorders>
              <w:top w:val="single" w:sz="4" w:space="0" w:color="auto"/>
              <w:left w:val="single" w:sz="4" w:space="0" w:color="auto"/>
              <w:bottom w:val="single" w:sz="4" w:space="0" w:color="auto"/>
            </w:tcBorders>
            <w:vAlign w:val="center"/>
          </w:tcPr>
          <w:p w14:paraId="32F3BE79" w14:textId="43B438A9" w:rsidR="00CD0D30" w:rsidRPr="0092027F" w:rsidRDefault="00CD0D30" w:rsidP="00F5749A">
            <w:pPr>
              <w:spacing w:after="0" w:line="240" w:lineRule="auto"/>
              <w:rPr>
                <w:rFonts w:ascii="Aptos" w:hAnsi="Aptos"/>
                <w:bCs/>
                <w:sz w:val="20"/>
                <w:szCs w:val="20"/>
                <w:lang w:val="en-GB"/>
              </w:rPr>
            </w:pPr>
          </w:p>
        </w:tc>
      </w:tr>
      <w:tr w:rsidR="00225DB3" w:rsidRPr="0092027F" w14:paraId="3B7B0B4A" w14:textId="77777777" w:rsidTr="00CA702A">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C617D8" w14:textId="6D21EFE8" w:rsidR="00225DB3" w:rsidRPr="0092027F" w:rsidRDefault="00CD0D30" w:rsidP="00F5749A">
            <w:pPr>
              <w:spacing w:after="0" w:line="240" w:lineRule="auto"/>
              <w:rPr>
                <w:rFonts w:ascii="Aptos" w:hAnsi="Aptos"/>
                <w:b/>
                <w:sz w:val="22"/>
                <w:lang w:val="en-GB"/>
              </w:rPr>
            </w:pPr>
            <w:r w:rsidRPr="0092027F">
              <w:rPr>
                <w:rFonts w:ascii="Aptos" w:hAnsi="Aptos"/>
                <w:b/>
                <w:sz w:val="22"/>
                <w:lang w:val="en-GB"/>
              </w:rPr>
              <w:t>Notice Period:</w:t>
            </w:r>
          </w:p>
        </w:tc>
        <w:tc>
          <w:tcPr>
            <w:tcW w:w="7353" w:type="dxa"/>
            <w:gridSpan w:val="8"/>
            <w:tcBorders>
              <w:left w:val="single" w:sz="4" w:space="0" w:color="auto"/>
            </w:tcBorders>
            <w:vAlign w:val="center"/>
          </w:tcPr>
          <w:p w14:paraId="1E8DA837" w14:textId="77777777" w:rsidR="00225DB3" w:rsidRPr="0092027F" w:rsidRDefault="00225DB3" w:rsidP="00F5749A">
            <w:pPr>
              <w:spacing w:after="0" w:line="240" w:lineRule="auto"/>
              <w:rPr>
                <w:rFonts w:ascii="Aptos" w:hAnsi="Aptos"/>
                <w:bCs/>
                <w:sz w:val="20"/>
                <w:szCs w:val="20"/>
                <w:lang w:val="en-GB"/>
              </w:rPr>
            </w:pPr>
          </w:p>
        </w:tc>
      </w:tr>
      <w:tr w:rsidR="0051232D" w:rsidRPr="0092027F" w14:paraId="7DBD0813" w14:textId="77777777" w:rsidTr="00CA702A">
        <w:trPr>
          <w:trHeight w:val="567"/>
        </w:trPr>
        <w:tc>
          <w:tcPr>
            <w:tcW w:w="9864" w:type="dxa"/>
            <w:gridSpan w:val="10"/>
            <w:tcBorders>
              <w:top w:val="single" w:sz="4" w:space="0" w:color="auto"/>
              <w:left w:val="single" w:sz="4" w:space="0" w:color="auto"/>
              <w:bottom w:val="single" w:sz="4" w:space="0" w:color="auto"/>
            </w:tcBorders>
            <w:shd w:val="clear" w:color="auto" w:fill="F2F2F2" w:themeFill="background1" w:themeFillShade="F2"/>
            <w:vAlign w:val="center"/>
          </w:tcPr>
          <w:p w14:paraId="4EE68D06" w14:textId="692ECD8C" w:rsidR="0051232D" w:rsidRPr="0092027F" w:rsidRDefault="0051232D" w:rsidP="0051232D">
            <w:pPr>
              <w:spacing w:after="0"/>
              <w:rPr>
                <w:rFonts w:ascii="Aptos" w:hAnsi="Aptos"/>
                <w:b/>
                <w:sz w:val="24"/>
                <w:szCs w:val="24"/>
                <w:lang w:val="en-GB"/>
              </w:rPr>
            </w:pPr>
            <w:r w:rsidRPr="0092027F">
              <w:rPr>
                <w:rFonts w:ascii="Aptos" w:hAnsi="Aptos"/>
                <w:b/>
                <w:sz w:val="22"/>
                <w:lang w:val="en-GB"/>
              </w:rPr>
              <w:t>Did the role involve children or vulnerable adults?</w:t>
            </w:r>
          </w:p>
        </w:tc>
      </w:tr>
      <w:tr w:rsidR="0051232D" w:rsidRPr="0092027F" w14:paraId="0C10E6E7" w14:textId="77777777" w:rsidTr="00CA702A">
        <w:trPr>
          <w:trHeight w:val="567"/>
        </w:trPr>
        <w:tc>
          <w:tcPr>
            <w:tcW w:w="561" w:type="dxa"/>
            <w:tcBorders>
              <w:top w:val="single" w:sz="4" w:space="0" w:color="auto"/>
              <w:left w:val="single" w:sz="4" w:space="0" w:color="auto"/>
              <w:bottom w:val="single" w:sz="4" w:space="0" w:color="auto"/>
            </w:tcBorders>
            <w:vAlign w:val="center"/>
          </w:tcPr>
          <w:p w14:paraId="641FF42B" w14:textId="0F416456" w:rsidR="0051232D" w:rsidRPr="0092027F" w:rsidRDefault="0051232D" w:rsidP="0051232D">
            <w:pPr>
              <w:spacing w:after="0"/>
              <w:rPr>
                <w:rFonts w:ascii="Aptos" w:hAnsi="Aptos"/>
                <w:b/>
                <w:sz w:val="24"/>
                <w:szCs w:val="24"/>
                <w:lang w:val="en-GB"/>
              </w:rPr>
            </w:pPr>
            <w:r w:rsidRPr="0092027F">
              <w:rPr>
                <w:rFonts w:ascii="Aptos" w:hAnsi="Aptos"/>
                <w:sz w:val="24"/>
                <w:szCs w:val="24"/>
                <w:lang w:val="en-GB"/>
              </w:rPr>
              <w:fldChar w:fldCharType="begin">
                <w:ffData>
                  <w:name w:val="Check1"/>
                  <w:enabled/>
                  <w:calcOnExit w:val="0"/>
                  <w:checkBox>
                    <w:sizeAuto/>
                    <w:default w:val="0"/>
                  </w:checkBox>
                </w:ffData>
              </w:fldChar>
            </w:r>
            <w:r w:rsidRPr="0092027F">
              <w:rPr>
                <w:rFonts w:ascii="Aptos" w:hAnsi="Aptos"/>
                <w:sz w:val="24"/>
                <w:szCs w:val="24"/>
                <w:lang w:val="en-GB"/>
              </w:rPr>
              <w:instrText xml:space="preserve"> FORMCHECKBOX </w:instrText>
            </w:r>
            <w:r w:rsidRPr="0092027F">
              <w:rPr>
                <w:rFonts w:ascii="Aptos" w:hAnsi="Aptos"/>
                <w:sz w:val="24"/>
                <w:szCs w:val="24"/>
                <w:lang w:val="en-GB"/>
              </w:rPr>
            </w:r>
            <w:r w:rsidRPr="0092027F">
              <w:rPr>
                <w:rFonts w:ascii="Aptos" w:hAnsi="Aptos"/>
                <w:sz w:val="24"/>
                <w:szCs w:val="24"/>
                <w:lang w:val="en-GB"/>
              </w:rPr>
              <w:fldChar w:fldCharType="separate"/>
            </w:r>
            <w:r w:rsidRPr="0092027F">
              <w:rPr>
                <w:rFonts w:ascii="Aptos" w:hAnsi="Aptos"/>
                <w:sz w:val="24"/>
                <w:szCs w:val="24"/>
                <w:lang w:val="en-GB"/>
              </w:rPr>
              <w:fldChar w:fldCharType="end"/>
            </w:r>
          </w:p>
        </w:tc>
        <w:tc>
          <w:tcPr>
            <w:tcW w:w="1950" w:type="dxa"/>
            <w:tcBorders>
              <w:top w:val="single" w:sz="4" w:space="0" w:color="auto"/>
              <w:left w:val="single" w:sz="4" w:space="0" w:color="auto"/>
              <w:bottom w:val="single" w:sz="4" w:space="0" w:color="auto"/>
            </w:tcBorders>
            <w:vAlign w:val="center"/>
          </w:tcPr>
          <w:p w14:paraId="38E6F9BA" w14:textId="7864F5CC" w:rsidR="0051232D" w:rsidRPr="006C2BD7" w:rsidRDefault="0051232D" w:rsidP="0051232D">
            <w:pPr>
              <w:spacing w:after="0"/>
              <w:rPr>
                <w:rFonts w:ascii="Aptos" w:hAnsi="Aptos"/>
                <w:b/>
                <w:sz w:val="22"/>
                <w:lang w:val="en-GB"/>
              </w:rPr>
            </w:pPr>
            <w:r w:rsidRPr="006C2BD7">
              <w:rPr>
                <w:rFonts w:ascii="Aptos" w:hAnsi="Aptos"/>
                <w:sz w:val="22"/>
                <w:lang w:val="en-GB"/>
              </w:rPr>
              <w:t>Children</w:t>
            </w:r>
          </w:p>
        </w:tc>
        <w:tc>
          <w:tcPr>
            <w:tcW w:w="509" w:type="dxa"/>
            <w:tcBorders>
              <w:top w:val="single" w:sz="4" w:space="0" w:color="auto"/>
              <w:left w:val="single" w:sz="4" w:space="0" w:color="auto"/>
              <w:bottom w:val="single" w:sz="4" w:space="0" w:color="auto"/>
            </w:tcBorders>
            <w:vAlign w:val="center"/>
          </w:tcPr>
          <w:p w14:paraId="100721D3" w14:textId="1B53D87F" w:rsidR="0051232D" w:rsidRPr="006C2BD7" w:rsidRDefault="0051232D" w:rsidP="0051232D">
            <w:pPr>
              <w:spacing w:after="0"/>
              <w:rPr>
                <w:rFonts w:ascii="Aptos" w:hAnsi="Aptos"/>
                <w:b/>
                <w:sz w:val="22"/>
                <w:lang w:val="en-GB"/>
              </w:rPr>
            </w:pPr>
            <w:r w:rsidRPr="006C2BD7">
              <w:rPr>
                <w:rFonts w:ascii="Aptos" w:hAnsi="Aptos"/>
                <w:sz w:val="22"/>
                <w:lang w:val="en-GB"/>
              </w:rPr>
              <w:fldChar w:fldCharType="begin">
                <w:ffData>
                  <w:name w:val="Check2"/>
                  <w:enabled/>
                  <w:calcOnExit w:val="0"/>
                  <w:checkBox>
                    <w:sizeAuto/>
                    <w:default w:val="0"/>
                  </w:checkBox>
                </w:ffData>
              </w:fldChar>
            </w:r>
            <w:r w:rsidRPr="006C2BD7">
              <w:rPr>
                <w:rFonts w:ascii="Aptos" w:hAnsi="Aptos"/>
                <w:sz w:val="22"/>
                <w:lang w:val="en-GB"/>
              </w:rPr>
              <w:instrText xml:space="preserve"> FORMCHECKBOX </w:instrText>
            </w:r>
            <w:r w:rsidRPr="006C2BD7">
              <w:rPr>
                <w:rFonts w:ascii="Aptos" w:hAnsi="Aptos"/>
                <w:sz w:val="22"/>
                <w:lang w:val="en-GB"/>
              </w:rPr>
            </w:r>
            <w:r w:rsidRPr="006C2BD7">
              <w:rPr>
                <w:rFonts w:ascii="Aptos" w:hAnsi="Aptos"/>
                <w:sz w:val="22"/>
                <w:lang w:val="en-GB"/>
              </w:rPr>
              <w:fldChar w:fldCharType="separate"/>
            </w:r>
            <w:r w:rsidRPr="006C2BD7">
              <w:rPr>
                <w:rFonts w:ascii="Aptos" w:hAnsi="Aptos"/>
                <w:sz w:val="22"/>
                <w:lang w:val="en-GB"/>
              </w:rPr>
              <w:fldChar w:fldCharType="end"/>
            </w:r>
          </w:p>
        </w:tc>
        <w:tc>
          <w:tcPr>
            <w:tcW w:w="2006" w:type="dxa"/>
            <w:gridSpan w:val="2"/>
            <w:tcBorders>
              <w:top w:val="single" w:sz="4" w:space="0" w:color="auto"/>
              <w:left w:val="single" w:sz="4" w:space="0" w:color="auto"/>
              <w:bottom w:val="single" w:sz="4" w:space="0" w:color="auto"/>
            </w:tcBorders>
            <w:vAlign w:val="center"/>
          </w:tcPr>
          <w:p w14:paraId="7CA9598A" w14:textId="4ECB6EFD" w:rsidR="0051232D" w:rsidRPr="006C2BD7" w:rsidRDefault="0051232D" w:rsidP="0051232D">
            <w:pPr>
              <w:spacing w:after="0"/>
              <w:rPr>
                <w:rFonts w:ascii="Aptos" w:hAnsi="Aptos"/>
                <w:b/>
                <w:sz w:val="22"/>
                <w:lang w:val="en-GB"/>
              </w:rPr>
            </w:pPr>
            <w:r w:rsidRPr="006C2BD7">
              <w:rPr>
                <w:rFonts w:ascii="Aptos" w:hAnsi="Aptos"/>
                <w:sz w:val="22"/>
                <w:lang w:val="en-GB"/>
              </w:rPr>
              <w:t>A</w:t>
            </w:r>
            <w:r w:rsidRPr="006C2BD7">
              <w:rPr>
                <w:rFonts w:ascii="Aptos" w:hAnsi="Aptos"/>
                <w:sz w:val="22"/>
                <w:lang w:val="en-GB"/>
              </w:rPr>
              <w:t>dults</w:t>
            </w:r>
          </w:p>
        </w:tc>
        <w:tc>
          <w:tcPr>
            <w:tcW w:w="528" w:type="dxa"/>
            <w:tcBorders>
              <w:top w:val="single" w:sz="4" w:space="0" w:color="auto"/>
              <w:left w:val="single" w:sz="4" w:space="0" w:color="auto"/>
              <w:bottom w:val="single" w:sz="4" w:space="0" w:color="auto"/>
            </w:tcBorders>
            <w:vAlign w:val="center"/>
          </w:tcPr>
          <w:p w14:paraId="07DD04B0" w14:textId="2E440503" w:rsidR="0051232D" w:rsidRPr="006C2BD7" w:rsidRDefault="0051232D" w:rsidP="0051232D">
            <w:pPr>
              <w:spacing w:after="0"/>
              <w:rPr>
                <w:rFonts w:ascii="Aptos" w:hAnsi="Aptos"/>
                <w:b/>
                <w:sz w:val="22"/>
                <w:lang w:val="en-GB"/>
              </w:rPr>
            </w:pPr>
            <w:r w:rsidRPr="006C2BD7">
              <w:rPr>
                <w:rFonts w:ascii="Aptos" w:hAnsi="Aptos"/>
                <w:sz w:val="22"/>
                <w:lang w:val="en-GB"/>
              </w:rPr>
              <w:fldChar w:fldCharType="begin">
                <w:ffData>
                  <w:name w:val="Check1"/>
                  <w:enabled/>
                  <w:calcOnExit w:val="0"/>
                  <w:checkBox>
                    <w:sizeAuto/>
                    <w:default w:val="0"/>
                  </w:checkBox>
                </w:ffData>
              </w:fldChar>
            </w:r>
            <w:r w:rsidRPr="006C2BD7">
              <w:rPr>
                <w:rFonts w:ascii="Aptos" w:hAnsi="Aptos"/>
                <w:sz w:val="22"/>
                <w:lang w:val="en-GB"/>
              </w:rPr>
              <w:instrText xml:space="preserve"> FORMCHECKBOX </w:instrText>
            </w:r>
            <w:r w:rsidRPr="006C2BD7">
              <w:rPr>
                <w:rFonts w:ascii="Aptos" w:hAnsi="Aptos"/>
                <w:sz w:val="22"/>
                <w:lang w:val="en-GB"/>
              </w:rPr>
            </w:r>
            <w:r w:rsidRPr="006C2BD7">
              <w:rPr>
                <w:rFonts w:ascii="Aptos" w:hAnsi="Aptos"/>
                <w:sz w:val="22"/>
                <w:lang w:val="en-GB"/>
              </w:rPr>
              <w:fldChar w:fldCharType="separate"/>
            </w:r>
            <w:r w:rsidRPr="006C2BD7">
              <w:rPr>
                <w:rFonts w:ascii="Aptos" w:hAnsi="Aptos"/>
                <w:sz w:val="22"/>
                <w:lang w:val="en-GB"/>
              </w:rPr>
              <w:fldChar w:fldCharType="end"/>
            </w:r>
          </w:p>
        </w:tc>
        <w:tc>
          <w:tcPr>
            <w:tcW w:w="1884" w:type="dxa"/>
            <w:gridSpan w:val="2"/>
            <w:tcBorders>
              <w:top w:val="single" w:sz="4" w:space="0" w:color="auto"/>
              <w:left w:val="single" w:sz="4" w:space="0" w:color="auto"/>
              <w:bottom w:val="single" w:sz="4" w:space="0" w:color="auto"/>
            </w:tcBorders>
            <w:vAlign w:val="center"/>
          </w:tcPr>
          <w:p w14:paraId="450989A9" w14:textId="54454968" w:rsidR="0051232D" w:rsidRPr="006C2BD7" w:rsidRDefault="0051232D" w:rsidP="0051232D">
            <w:pPr>
              <w:spacing w:after="0"/>
              <w:rPr>
                <w:rFonts w:ascii="Aptos" w:hAnsi="Aptos"/>
                <w:b/>
                <w:sz w:val="22"/>
                <w:lang w:val="en-GB"/>
              </w:rPr>
            </w:pPr>
            <w:r w:rsidRPr="006C2BD7">
              <w:rPr>
                <w:rFonts w:ascii="Aptos" w:hAnsi="Aptos"/>
                <w:sz w:val="22"/>
                <w:lang w:val="en-GB"/>
              </w:rPr>
              <w:t>Bot</w:t>
            </w:r>
            <w:r w:rsidRPr="006C2BD7">
              <w:rPr>
                <w:rFonts w:ascii="Aptos" w:hAnsi="Aptos"/>
                <w:sz w:val="22"/>
                <w:lang w:val="en-GB"/>
              </w:rPr>
              <w:t>h</w:t>
            </w:r>
          </w:p>
        </w:tc>
        <w:tc>
          <w:tcPr>
            <w:tcW w:w="509" w:type="dxa"/>
            <w:tcBorders>
              <w:top w:val="single" w:sz="4" w:space="0" w:color="auto"/>
              <w:left w:val="single" w:sz="4" w:space="0" w:color="auto"/>
              <w:bottom w:val="single" w:sz="4" w:space="0" w:color="auto"/>
            </w:tcBorders>
            <w:vAlign w:val="center"/>
          </w:tcPr>
          <w:p w14:paraId="19F2FB4D" w14:textId="2AEAED3A" w:rsidR="0051232D" w:rsidRPr="006C2BD7" w:rsidRDefault="0051232D" w:rsidP="0051232D">
            <w:pPr>
              <w:spacing w:after="0"/>
              <w:rPr>
                <w:rFonts w:ascii="Aptos" w:hAnsi="Aptos"/>
                <w:b/>
                <w:sz w:val="22"/>
                <w:lang w:val="en-GB"/>
              </w:rPr>
            </w:pPr>
            <w:r w:rsidRPr="006C2BD7">
              <w:rPr>
                <w:rFonts w:ascii="Aptos" w:hAnsi="Aptos"/>
                <w:sz w:val="22"/>
                <w:lang w:val="en-GB"/>
              </w:rPr>
              <w:fldChar w:fldCharType="begin">
                <w:ffData>
                  <w:name w:val="Check2"/>
                  <w:enabled/>
                  <w:calcOnExit w:val="0"/>
                  <w:checkBox>
                    <w:sizeAuto/>
                    <w:default w:val="0"/>
                  </w:checkBox>
                </w:ffData>
              </w:fldChar>
            </w:r>
            <w:r w:rsidRPr="006C2BD7">
              <w:rPr>
                <w:rFonts w:ascii="Aptos" w:hAnsi="Aptos"/>
                <w:sz w:val="22"/>
                <w:lang w:val="en-GB"/>
              </w:rPr>
              <w:instrText xml:space="preserve"> FORMCHECKBOX </w:instrText>
            </w:r>
            <w:r w:rsidRPr="006C2BD7">
              <w:rPr>
                <w:rFonts w:ascii="Aptos" w:hAnsi="Aptos"/>
                <w:sz w:val="22"/>
                <w:lang w:val="en-GB"/>
              </w:rPr>
            </w:r>
            <w:r w:rsidRPr="006C2BD7">
              <w:rPr>
                <w:rFonts w:ascii="Aptos" w:hAnsi="Aptos"/>
                <w:sz w:val="22"/>
                <w:lang w:val="en-GB"/>
              </w:rPr>
              <w:fldChar w:fldCharType="separate"/>
            </w:r>
            <w:r w:rsidRPr="006C2BD7">
              <w:rPr>
                <w:rFonts w:ascii="Aptos" w:hAnsi="Aptos"/>
                <w:sz w:val="22"/>
                <w:lang w:val="en-GB"/>
              </w:rPr>
              <w:fldChar w:fldCharType="end"/>
            </w:r>
          </w:p>
        </w:tc>
        <w:tc>
          <w:tcPr>
            <w:tcW w:w="1917" w:type="dxa"/>
            <w:tcBorders>
              <w:top w:val="single" w:sz="4" w:space="0" w:color="auto"/>
              <w:left w:val="single" w:sz="4" w:space="0" w:color="auto"/>
              <w:bottom w:val="single" w:sz="4" w:space="0" w:color="auto"/>
            </w:tcBorders>
            <w:vAlign w:val="center"/>
          </w:tcPr>
          <w:p w14:paraId="57EBCC7E" w14:textId="6C0BCE5A" w:rsidR="0051232D" w:rsidRPr="006C2BD7" w:rsidRDefault="0051232D" w:rsidP="0051232D">
            <w:pPr>
              <w:spacing w:after="0"/>
              <w:rPr>
                <w:rFonts w:ascii="Aptos" w:hAnsi="Aptos"/>
                <w:b/>
                <w:sz w:val="22"/>
                <w:lang w:val="en-GB"/>
              </w:rPr>
            </w:pPr>
            <w:r w:rsidRPr="006C2BD7">
              <w:rPr>
                <w:rFonts w:ascii="Aptos" w:hAnsi="Aptos"/>
                <w:sz w:val="22"/>
                <w:lang w:val="en-GB"/>
              </w:rPr>
              <w:t>Neither</w:t>
            </w:r>
          </w:p>
        </w:tc>
      </w:tr>
      <w:tr w:rsidR="00225DB3" w:rsidRPr="0092027F" w14:paraId="47ABD079" w14:textId="77777777" w:rsidTr="00CA702A">
        <w:trPr>
          <w:trHeight w:val="567"/>
        </w:trPr>
        <w:tc>
          <w:tcPr>
            <w:tcW w:w="9864" w:type="dxa"/>
            <w:gridSpan w:val="10"/>
            <w:tcBorders>
              <w:top w:val="single" w:sz="4" w:space="0" w:color="auto"/>
              <w:left w:val="single" w:sz="4" w:space="0" w:color="auto"/>
              <w:bottom w:val="single" w:sz="4" w:space="0" w:color="auto"/>
            </w:tcBorders>
            <w:shd w:val="clear" w:color="auto" w:fill="F2F2F2" w:themeFill="background1" w:themeFillShade="F2"/>
            <w:vAlign w:val="center"/>
          </w:tcPr>
          <w:p w14:paraId="52BD6A82" w14:textId="49F1D262" w:rsidR="00225DB3" w:rsidRPr="0092027F" w:rsidRDefault="0051232D" w:rsidP="0051232D">
            <w:pPr>
              <w:spacing w:after="0"/>
              <w:rPr>
                <w:rFonts w:ascii="Aptos" w:hAnsi="Aptos"/>
                <w:sz w:val="24"/>
                <w:szCs w:val="24"/>
                <w:lang w:val="en-GB"/>
              </w:rPr>
            </w:pPr>
            <w:r w:rsidRPr="0092027F">
              <w:rPr>
                <w:rFonts w:ascii="Aptos" w:hAnsi="Aptos"/>
                <w:b/>
                <w:sz w:val="22"/>
                <w:lang w:val="en-GB"/>
              </w:rPr>
              <w:t>Main duties and responsibilities</w:t>
            </w:r>
          </w:p>
        </w:tc>
      </w:tr>
      <w:tr w:rsidR="00225DB3" w:rsidRPr="0092027F" w14:paraId="5C028FD7" w14:textId="77777777" w:rsidTr="000347E7">
        <w:trPr>
          <w:trHeight w:val="2230"/>
        </w:trPr>
        <w:tc>
          <w:tcPr>
            <w:tcW w:w="9864" w:type="dxa"/>
            <w:gridSpan w:val="10"/>
            <w:tcBorders>
              <w:top w:val="single" w:sz="4" w:space="0" w:color="auto"/>
              <w:left w:val="single" w:sz="4" w:space="0" w:color="auto"/>
              <w:bottom w:val="single" w:sz="4" w:space="0" w:color="auto"/>
            </w:tcBorders>
          </w:tcPr>
          <w:p w14:paraId="2569843B" w14:textId="14454E9D" w:rsidR="00225DB3" w:rsidRPr="0092027F" w:rsidRDefault="00225DB3" w:rsidP="000347E7">
            <w:pPr>
              <w:spacing w:after="0" w:line="240" w:lineRule="auto"/>
              <w:rPr>
                <w:rFonts w:ascii="Aptos" w:hAnsi="Aptos"/>
                <w:bCs/>
                <w:sz w:val="20"/>
                <w:szCs w:val="20"/>
                <w:lang w:val="en-GB"/>
              </w:rPr>
            </w:pPr>
          </w:p>
        </w:tc>
      </w:tr>
      <w:tr w:rsidR="003924BE" w:rsidRPr="0092027F" w14:paraId="5CC4F5EC" w14:textId="77777777" w:rsidTr="00CA702A">
        <w:trPr>
          <w:trHeight w:val="567"/>
        </w:trPr>
        <w:tc>
          <w:tcPr>
            <w:tcW w:w="9864" w:type="dxa"/>
            <w:gridSpan w:val="10"/>
            <w:tcBorders>
              <w:top w:val="single" w:sz="4" w:space="0" w:color="auto"/>
              <w:left w:val="single" w:sz="4" w:space="0" w:color="auto"/>
              <w:bottom w:val="single" w:sz="4" w:space="0" w:color="auto"/>
            </w:tcBorders>
            <w:shd w:val="clear" w:color="auto" w:fill="F2F2F2" w:themeFill="background1" w:themeFillShade="F2"/>
            <w:vAlign w:val="center"/>
          </w:tcPr>
          <w:p w14:paraId="48C5867B" w14:textId="7126DF81" w:rsidR="003924BE" w:rsidRPr="0092027F" w:rsidRDefault="003924BE" w:rsidP="003924BE">
            <w:pPr>
              <w:spacing w:after="0" w:line="276" w:lineRule="auto"/>
              <w:rPr>
                <w:rFonts w:ascii="Aptos" w:hAnsi="Aptos"/>
                <w:sz w:val="24"/>
                <w:szCs w:val="24"/>
                <w:lang w:val="en-GB"/>
              </w:rPr>
            </w:pPr>
            <w:r w:rsidRPr="0092027F">
              <w:rPr>
                <w:rFonts w:ascii="Aptos" w:hAnsi="Aptos"/>
                <w:b/>
                <w:sz w:val="22"/>
                <w:lang w:val="en-GB"/>
              </w:rPr>
              <w:t xml:space="preserve">Specific reason </w:t>
            </w:r>
            <w:r w:rsidRPr="0092027F">
              <w:rPr>
                <w:rFonts w:ascii="Aptos" w:hAnsi="Aptos"/>
                <w:b/>
                <w:sz w:val="22"/>
                <w:shd w:val="clear" w:color="auto" w:fill="F2F2F2" w:themeFill="background1" w:themeFillShade="F2"/>
                <w:lang w:val="en-GB"/>
              </w:rPr>
              <w:t>for leaving or wishing to leave</w:t>
            </w:r>
          </w:p>
        </w:tc>
      </w:tr>
      <w:tr w:rsidR="003924BE" w:rsidRPr="0092027F" w14:paraId="3041BAF6" w14:textId="77777777" w:rsidTr="000347E7">
        <w:trPr>
          <w:trHeight w:val="2681"/>
        </w:trPr>
        <w:tc>
          <w:tcPr>
            <w:tcW w:w="9864" w:type="dxa"/>
            <w:gridSpan w:val="10"/>
            <w:tcBorders>
              <w:top w:val="single" w:sz="4" w:space="0" w:color="auto"/>
              <w:left w:val="single" w:sz="4" w:space="0" w:color="auto"/>
              <w:bottom w:val="single" w:sz="4" w:space="0" w:color="auto"/>
            </w:tcBorders>
          </w:tcPr>
          <w:p w14:paraId="0B1B4564" w14:textId="77777777" w:rsidR="003924BE" w:rsidRPr="0092027F" w:rsidRDefault="003924BE" w:rsidP="000347E7">
            <w:pPr>
              <w:spacing w:after="0" w:line="276" w:lineRule="auto"/>
              <w:rPr>
                <w:rFonts w:ascii="Aptos" w:hAnsi="Aptos"/>
                <w:bCs/>
                <w:sz w:val="20"/>
                <w:szCs w:val="20"/>
                <w:lang w:val="en-GB"/>
              </w:rPr>
            </w:pPr>
          </w:p>
        </w:tc>
      </w:tr>
    </w:tbl>
    <w:p w14:paraId="398A12D7" w14:textId="7F2B8E47" w:rsidR="00BA691C" w:rsidRPr="0092027F" w:rsidRDefault="00BA691C" w:rsidP="00576BE6">
      <w:pPr>
        <w:jc w:val="both"/>
        <w:rPr>
          <w:rFonts w:ascii="Aptos" w:hAnsi="Aptos"/>
          <w:sz w:val="22"/>
          <w:lang w:val="en-GB"/>
        </w:rPr>
      </w:pPr>
    </w:p>
    <w:tbl>
      <w:tblPr>
        <w:tblW w:w="9923"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276"/>
        <w:gridCol w:w="1276"/>
        <w:gridCol w:w="1842"/>
        <w:gridCol w:w="3261"/>
        <w:gridCol w:w="2268"/>
      </w:tblGrid>
      <w:tr w:rsidR="00C46E16" w:rsidRPr="0092027F" w14:paraId="28DCF4E7" w14:textId="77777777" w:rsidTr="00C46E16">
        <w:trPr>
          <w:cantSplit/>
          <w:tblHeader/>
          <w:jc w:val="center"/>
        </w:trPr>
        <w:tc>
          <w:tcPr>
            <w:tcW w:w="9923" w:type="dxa"/>
            <w:gridSpan w:val="5"/>
            <w:tcBorders>
              <w:top w:val="nil"/>
              <w:left w:val="nil"/>
              <w:bottom w:val="single" w:sz="4" w:space="0" w:color="auto"/>
              <w:right w:val="nil"/>
            </w:tcBorders>
            <w:tcMar>
              <w:top w:w="85" w:type="dxa"/>
              <w:left w:w="100" w:type="dxa"/>
              <w:bottom w:w="85" w:type="dxa"/>
              <w:right w:w="100" w:type="dxa"/>
            </w:tcMar>
            <w:vAlign w:val="center"/>
          </w:tcPr>
          <w:p w14:paraId="4DA75E64" w14:textId="5EF5C6EB" w:rsidR="00C46E16" w:rsidRPr="00150757" w:rsidRDefault="00150757" w:rsidP="00D23CDD">
            <w:pPr>
              <w:spacing w:after="0"/>
              <w:rPr>
                <w:rFonts w:ascii="Aptos" w:hAnsi="Aptos"/>
                <w:b/>
                <w:bCs/>
                <w:sz w:val="24"/>
                <w:szCs w:val="24"/>
                <w:lang w:val="en-GB"/>
              </w:rPr>
            </w:pPr>
            <w:r>
              <w:rPr>
                <w:rFonts w:ascii="Aptos" w:hAnsi="Aptos"/>
                <w:b/>
                <w:bCs/>
                <w:sz w:val="24"/>
                <w:szCs w:val="24"/>
                <w:lang w:val="en-GB"/>
              </w:rPr>
              <w:lastRenderedPageBreak/>
              <w:t>Previous</w:t>
            </w:r>
            <w:r w:rsidR="00C46E16" w:rsidRPr="0092027F">
              <w:rPr>
                <w:rFonts w:ascii="Aptos" w:hAnsi="Aptos"/>
                <w:b/>
                <w:bCs/>
                <w:sz w:val="24"/>
                <w:szCs w:val="24"/>
                <w:lang w:val="en-GB"/>
              </w:rPr>
              <w:t xml:space="preserve"> employment</w:t>
            </w:r>
          </w:p>
        </w:tc>
      </w:tr>
      <w:tr w:rsidR="00EA619A" w:rsidRPr="0092027F" w14:paraId="19C38C24" w14:textId="77777777" w:rsidTr="00C46E16">
        <w:trPr>
          <w:cantSplit/>
          <w:tblHeade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5" w:type="dxa"/>
              <w:left w:w="100" w:type="dxa"/>
              <w:bottom w:w="85" w:type="dxa"/>
              <w:right w:w="100" w:type="dxa"/>
            </w:tcMar>
            <w:vAlign w:val="center"/>
          </w:tcPr>
          <w:p w14:paraId="0101A551" w14:textId="04418F10" w:rsidR="00EA619A" w:rsidRPr="0092027F" w:rsidRDefault="00EA619A" w:rsidP="00F2722D">
            <w:pPr>
              <w:spacing w:after="0" w:line="245" w:lineRule="auto"/>
              <w:rPr>
                <w:rFonts w:ascii="Aptos" w:hAnsi="Aptos"/>
                <w:color w:val="auto"/>
                <w:sz w:val="22"/>
                <w:lang w:val="en-GB"/>
              </w:rPr>
            </w:pPr>
            <w:r w:rsidRPr="0092027F">
              <w:rPr>
                <w:rFonts w:ascii="Aptos" w:hAnsi="Aptos"/>
                <w:b/>
                <w:color w:val="auto"/>
                <w:sz w:val="22"/>
                <w:lang w:val="en-GB"/>
              </w:rPr>
              <w:t>From MM/YYYY</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625BB9" w14:textId="04BE998B" w:rsidR="00EA619A" w:rsidRPr="0092027F" w:rsidRDefault="00EA619A" w:rsidP="00F2722D">
            <w:pPr>
              <w:spacing w:after="0" w:line="245" w:lineRule="auto"/>
              <w:rPr>
                <w:rFonts w:ascii="Aptos" w:hAnsi="Aptos"/>
                <w:b/>
                <w:color w:val="auto"/>
                <w:sz w:val="22"/>
                <w:lang w:val="en-GB"/>
              </w:rPr>
            </w:pPr>
            <w:r w:rsidRPr="0092027F">
              <w:rPr>
                <w:rFonts w:ascii="Aptos" w:hAnsi="Aptos"/>
                <w:b/>
                <w:color w:val="auto"/>
                <w:sz w:val="22"/>
                <w:lang w:val="en-GB"/>
              </w:rPr>
              <w:t>To</w:t>
            </w:r>
            <w:r w:rsidRPr="0092027F">
              <w:rPr>
                <w:rFonts w:ascii="Aptos" w:hAnsi="Aptos"/>
                <w:b/>
                <w:color w:val="auto"/>
                <w:sz w:val="22"/>
                <w:lang w:val="en-GB"/>
              </w:rPr>
              <w:t xml:space="preserve"> MM/YYYY</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5" w:type="dxa"/>
              <w:left w:w="100" w:type="dxa"/>
              <w:bottom w:w="85" w:type="dxa"/>
              <w:right w:w="100" w:type="dxa"/>
            </w:tcMar>
            <w:vAlign w:val="center"/>
          </w:tcPr>
          <w:p w14:paraId="372FB46C" w14:textId="64C297C1" w:rsidR="00EA619A" w:rsidRPr="0092027F" w:rsidRDefault="00EA619A" w:rsidP="00F2722D">
            <w:pPr>
              <w:spacing w:after="0" w:line="245" w:lineRule="auto"/>
              <w:rPr>
                <w:rFonts w:ascii="Aptos" w:hAnsi="Aptos"/>
                <w:color w:val="auto"/>
                <w:sz w:val="22"/>
                <w:lang w:val="en-GB"/>
              </w:rPr>
            </w:pPr>
            <w:r w:rsidRPr="0092027F">
              <w:rPr>
                <w:rFonts w:ascii="Aptos" w:hAnsi="Aptos"/>
                <w:b/>
                <w:color w:val="auto"/>
                <w:sz w:val="22"/>
                <w:lang w:val="en-GB"/>
              </w:rPr>
              <w:t>Employer Name</w:t>
            </w:r>
            <w:r w:rsidR="00826379" w:rsidRPr="0092027F">
              <w:rPr>
                <w:rFonts w:ascii="Aptos" w:hAnsi="Aptos"/>
                <w:b/>
                <w:color w:val="auto"/>
                <w:sz w:val="22"/>
                <w:lang w:val="en-GB"/>
              </w:rPr>
              <w:t xml:space="preserve"> &amp; Location</w:t>
            </w:r>
          </w:p>
        </w:tc>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618333" w14:textId="4A71A09E" w:rsidR="00EA619A" w:rsidRPr="0092027F" w:rsidRDefault="00EA619A" w:rsidP="00F2722D">
            <w:pPr>
              <w:spacing w:after="0" w:line="245" w:lineRule="auto"/>
              <w:rPr>
                <w:rFonts w:ascii="Aptos" w:hAnsi="Aptos"/>
                <w:b/>
                <w:color w:val="auto"/>
                <w:sz w:val="22"/>
                <w:lang w:val="en-GB"/>
              </w:rPr>
            </w:pPr>
            <w:r w:rsidRPr="0092027F">
              <w:rPr>
                <w:rFonts w:ascii="Aptos" w:hAnsi="Aptos"/>
                <w:b/>
                <w:color w:val="auto"/>
                <w:sz w:val="22"/>
                <w:lang w:val="en-GB"/>
              </w:rPr>
              <w:t>Job Title</w:t>
            </w:r>
            <w:r w:rsidR="00826379" w:rsidRPr="0092027F">
              <w:rPr>
                <w:rFonts w:ascii="Aptos" w:hAnsi="Aptos"/>
                <w:b/>
                <w:color w:val="auto"/>
                <w:sz w:val="22"/>
                <w:lang w:val="en-GB"/>
              </w:rPr>
              <w:t xml:space="preserve">, </w:t>
            </w:r>
            <w:r w:rsidRPr="0092027F">
              <w:rPr>
                <w:rFonts w:ascii="Aptos" w:hAnsi="Aptos"/>
                <w:b/>
                <w:color w:val="auto"/>
                <w:sz w:val="22"/>
                <w:lang w:val="en-GB"/>
              </w:rPr>
              <w:t>Role duties and any work with children or vulnerable adults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5" w:type="dxa"/>
              <w:left w:w="100" w:type="dxa"/>
              <w:bottom w:w="85" w:type="dxa"/>
              <w:right w:w="100" w:type="dxa"/>
            </w:tcMar>
            <w:vAlign w:val="center"/>
          </w:tcPr>
          <w:p w14:paraId="3C295C37" w14:textId="6BFADF9D" w:rsidR="00EA619A" w:rsidRPr="0092027F" w:rsidRDefault="00EA619A" w:rsidP="00F2722D">
            <w:pPr>
              <w:spacing w:after="0" w:line="245" w:lineRule="auto"/>
              <w:rPr>
                <w:rFonts w:ascii="Aptos" w:hAnsi="Aptos"/>
                <w:color w:val="auto"/>
                <w:sz w:val="22"/>
                <w:lang w:val="en-GB"/>
              </w:rPr>
            </w:pPr>
            <w:r w:rsidRPr="0092027F">
              <w:rPr>
                <w:rFonts w:ascii="Aptos" w:hAnsi="Aptos"/>
                <w:b/>
                <w:color w:val="auto"/>
                <w:sz w:val="22"/>
                <w:lang w:val="en-GB"/>
              </w:rPr>
              <w:t>Specific reason for leaving or ending</w:t>
            </w:r>
          </w:p>
        </w:tc>
      </w:tr>
      <w:tr w:rsidR="00EA619A" w:rsidRPr="0092027F" w14:paraId="45F9CD1A"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7DE3F29A"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1FFD8167"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2CDF009F" w14:textId="6865AF28"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1E241DEB"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0227A536" w14:textId="41F2E410" w:rsidR="00EA619A" w:rsidRPr="0092027F" w:rsidRDefault="00EA619A" w:rsidP="00A95AB5">
            <w:pPr>
              <w:spacing w:after="0" w:line="276" w:lineRule="auto"/>
              <w:rPr>
                <w:rFonts w:ascii="Aptos" w:hAnsi="Aptos"/>
                <w:sz w:val="20"/>
                <w:szCs w:val="20"/>
                <w:lang w:val="en-GB"/>
              </w:rPr>
            </w:pPr>
          </w:p>
        </w:tc>
      </w:tr>
      <w:tr w:rsidR="00EA619A" w:rsidRPr="0092027F" w14:paraId="29F47B7D"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1B3E390A"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27D19952"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3D1EEFE7" w14:textId="5B5A0729"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12F1F105"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66E63E64" w14:textId="6A9C8D9F" w:rsidR="00EA619A" w:rsidRPr="0092027F" w:rsidRDefault="00EA619A" w:rsidP="00A95AB5">
            <w:pPr>
              <w:spacing w:after="0" w:line="276" w:lineRule="auto"/>
              <w:rPr>
                <w:rFonts w:ascii="Aptos" w:hAnsi="Aptos"/>
                <w:sz w:val="20"/>
                <w:szCs w:val="20"/>
                <w:lang w:val="en-GB"/>
              </w:rPr>
            </w:pPr>
          </w:p>
        </w:tc>
      </w:tr>
      <w:tr w:rsidR="00EA619A" w:rsidRPr="0092027F" w14:paraId="2768830C"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2332393D"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548386BD"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58CA8FEE" w14:textId="2EF3A812"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3C23CC97"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6E009532" w14:textId="66B801A4" w:rsidR="00EA619A" w:rsidRPr="0092027F" w:rsidRDefault="00EA619A" w:rsidP="00A95AB5">
            <w:pPr>
              <w:spacing w:after="0" w:line="276" w:lineRule="auto"/>
              <w:rPr>
                <w:rFonts w:ascii="Aptos" w:hAnsi="Aptos"/>
                <w:sz w:val="20"/>
                <w:szCs w:val="20"/>
                <w:lang w:val="en-GB"/>
              </w:rPr>
            </w:pPr>
          </w:p>
        </w:tc>
      </w:tr>
      <w:tr w:rsidR="00EA619A" w:rsidRPr="0092027F" w14:paraId="65B64670"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2B288ED3"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08FF61F0"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4DFC0892" w14:textId="54D4F672"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152E78B8"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58E1B3A9" w14:textId="446C98CB" w:rsidR="00EA619A" w:rsidRPr="0092027F" w:rsidRDefault="00EA619A" w:rsidP="00A95AB5">
            <w:pPr>
              <w:spacing w:after="0" w:line="276" w:lineRule="auto"/>
              <w:rPr>
                <w:rFonts w:ascii="Aptos" w:hAnsi="Aptos"/>
                <w:sz w:val="20"/>
                <w:szCs w:val="20"/>
                <w:lang w:val="en-GB"/>
              </w:rPr>
            </w:pPr>
          </w:p>
        </w:tc>
      </w:tr>
      <w:tr w:rsidR="00EA619A" w:rsidRPr="0092027F" w14:paraId="0945865A"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1CB9340C"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2EBA5BBC"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080E5F6B" w14:textId="485CE497"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6B1602C0"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2A6F420C" w14:textId="32D9DD92" w:rsidR="00EA619A" w:rsidRPr="0092027F" w:rsidRDefault="00EA619A" w:rsidP="00A95AB5">
            <w:pPr>
              <w:spacing w:after="0" w:line="276" w:lineRule="auto"/>
              <w:rPr>
                <w:rFonts w:ascii="Aptos" w:hAnsi="Aptos"/>
                <w:sz w:val="20"/>
                <w:szCs w:val="20"/>
                <w:lang w:val="en-GB"/>
              </w:rPr>
            </w:pPr>
          </w:p>
        </w:tc>
      </w:tr>
      <w:tr w:rsidR="00EA619A" w:rsidRPr="0092027F" w14:paraId="2EBE5F1B"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4B3FE2D1"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36DFB99C"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6CED47A3" w14:textId="3E5DFDD5"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7EB9813F"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65E21EA4" w14:textId="4674825A" w:rsidR="00EA619A" w:rsidRPr="0092027F" w:rsidRDefault="00EA619A" w:rsidP="00A95AB5">
            <w:pPr>
              <w:spacing w:after="0" w:line="276" w:lineRule="auto"/>
              <w:rPr>
                <w:rFonts w:ascii="Aptos" w:hAnsi="Aptos"/>
                <w:sz w:val="20"/>
                <w:szCs w:val="20"/>
                <w:lang w:val="en-GB"/>
              </w:rPr>
            </w:pPr>
          </w:p>
        </w:tc>
      </w:tr>
      <w:tr w:rsidR="00EA619A" w:rsidRPr="0092027F" w14:paraId="01586A31"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1229B39F"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1CAA8E3A"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64DC8877" w14:textId="3FE0585C"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7856CBBE"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7B6C35C9" w14:textId="2DA043D3" w:rsidR="00EA619A" w:rsidRPr="0092027F" w:rsidRDefault="00EA619A" w:rsidP="00A95AB5">
            <w:pPr>
              <w:spacing w:after="0" w:line="276" w:lineRule="auto"/>
              <w:rPr>
                <w:rFonts w:ascii="Aptos" w:hAnsi="Aptos"/>
                <w:sz w:val="20"/>
                <w:szCs w:val="20"/>
                <w:lang w:val="en-GB"/>
              </w:rPr>
            </w:pPr>
          </w:p>
        </w:tc>
      </w:tr>
      <w:tr w:rsidR="00EA619A" w:rsidRPr="0092027F" w14:paraId="37197C86"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37EE8B2E" w14:textId="77777777" w:rsidR="00EA619A" w:rsidRPr="0092027F" w:rsidRDefault="00EA619A"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7E89F280" w14:textId="77777777" w:rsidR="00EA619A" w:rsidRPr="0092027F" w:rsidRDefault="00EA619A"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555E3216" w14:textId="561F0183" w:rsidR="00EA619A" w:rsidRPr="0092027F" w:rsidRDefault="00EA619A"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246ECE46" w14:textId="77777777" w:rsidR="00EA619A" w:rsidRPr="0092027F" w:rsidRDefault="00EA619A"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19B45B26" w14:textId="34D32CEA" w:rsidR="00EA619A" w:rsidRPr="0092027F" w:rsidRDefault="00EA619A" w:rsidP="00A95AB5">
            <w:pPr>
              <w:spacing w:after="0" w:line="276" w:lineRule="auto"/>
              <w:rPr>
                <w:rFonts w:ascii="Aptos" w:hAnsi="Aptos"/>
                <w:sz w:val="20"/>
                <w:szCs w:val="20"/>
                <w:lang w:val="en-GB"/>
              </w:rPr>
            </w:pPr>
          </w:p>
        </w:tc>
      </w:tr>
      <w:tr w:rsidR="0034320D" w:rsidRPr="0092027F" w14:paraId="08A4E8F0" w14:textId="77777777" w:rsidTr="00035C87">
        <w:trPr>
          <w:cantSplit/>
          <w:trHeight w:val="567"/>
          <w:jc w:val="center"/>
        </w:trPr>
        <w:tc>
          <w:tcPr>
            <w:tcW w:w="1276"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4C267A1B" w14:textId="77777777" w:rsidR="0034320D" w:rsidRPr="0092027F" w:rsidRDefault="0034320D" w:rsidP="00A95AB5">
            <w:pPr>
              <w:spacing w:after="0" w:line="276" w:lineRule="auto"/>
              <w:rPr>
                <w:rFonts w:ascii="Aptos" w:hAnsi="Aptos"/>
                <w:sz w:val="20"/>
                <w:szCs w:val="20"/>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7B273B3E" w14:textId="77777777" w:rsidR="0034320D" w:rsidRPr="0092027F" w:rsidRDefault="0034320D" w:rsidP="00A95AB5">
            <w:pPr>
              <w:spacing w:after="0" w:line="276" w:lineRule="auto"/>
              <w:rPr>
                <w:rFonts w:ascii="Aptos" w:hAnsi="Aptos"/>
                <w:sz w:val="20"/>
                <w:szCs w:val="20"/>
                <w:lang w:val="en-GB"/>
              </w:rPr>
            </w:pPr>
          </w:p>
        </w:tc>
        <w:tc>
          <w:tcPr>
            <w:tcW w:w="1842"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2B18A6C5" w14:textId="77777777" w:rsidR="0034320D" w:rsidRPr="0092027F" w:rsidRDefault="0034320D" w:rsidP="00A95AB5">
            <w:pPr>
              <w:spacing w:after="0" w:line="276" w:lineRule="auto"/>
              <w:rPr>
                <w:rFonts w:ascii="Aptos" w:hAnsi="Aptos"/>
                <w:sz w:val="20"/>
                <w:szCs w:val="20"/>
                <w:lang w:val="en-GB"/>
              </w:rPr>
            </w:pPr>
          </w:p>
        </w:tc>
        <w:tc>
          <w:tcPr>
            <w:tcW w:w="3261" w:type="dxa"/>
            <w:tcBorders>
              <w:top w:val="single" w:sz="4" w:space="0" w:color="auto"/>
              <w:left w:val="single" w:sz="4" w:space="0" w:color="auto"/>
              <w:bottom w:val="single" w:sz="4" w:space="0" w:color="auto"/>
              <w:right w:val="single" w:sz="4" w:space="0" w:color="auto"/>
            </w:tcBorders>
            <w:vAlign w:val="center"/>
          </w:tcPr>
          <w:p w14:paraId="6BC2A6F6" w14:textId="77777777" w:rsidR="0034320D" w:rsidRPr="0092027F" w:rsidRDefault="0034320D" w:rsidP="00A95AB5">
            <w:pPr>
              <w:spacing w:after="0" w:line="276" w:lineRule="auto"/>
              <w:rPr>
                <w:rFonts w:ascii="Aptos" w:hAnsi="Aptos"/>
                <w:sz w:val="20"/>
                <w:szCs w:val="20"/>
                <w:lang w:val="en-GB"/>
              </w:rPr>
            </w:pPr>
          </w:p>
        </w:tc>
        <w:tc>
          <w:tcPr>
            <w:tcW w:w="2268" w:type="dxa"/>
            <w:tcBorders>
              <w:top w:val="single" w:sz="4" w:space="0" w:color="auto"/>
              <w:left w:val="single" w:sz="4" w:space="0" w:color="auto"/>
              <w:bottom w:val="single" w:sz="4" w:space="0" w:color="auto"/>
              <w:right w:val="single" w:sz="4" w:space="0" w:color="auto"/>
            </w:tcBorders>
            <w:tcMar>
              <w:top w:w="85" w:type="dxa"/>
              <w:left w:w="100" w:type="dxa"/>
              <w:bottom w:w="85" w:type="dxa"/>
              <w:right w:w="100" w:type="dxa"/>
            </w:tcMar>
            <w:vAlign w:val="center"/>
          </w:tcPr>
          <w:p w14:paraId="258C0B94" w14:textId="77777777" w:rsidR="0034320D" w:rsidRPr="0092027F" w:rsidRDefault="0034320D" w:rsidP="00A95AB5">
            <w:pPr>
              <w:spacing w:after="0" w:line="276" w:lineRule="auto"/>
              <w:rPr>
                <w:rFonts w:ascii="Aptos" w:hAnsi="Aptos"/>
                <w:sz w:val="20"/>
                <w:szCs w:val="20"/>
                <w:lang w:val="en-GB"/>
              </w:rPr>
            </w:pPr>
          </w:p>
        </w:tc>
      </w:tr>
    </w:tbl>
    <w:p w14:paraId="491B6EC6" w14:textId="4B7BE07C" w:rsidR="00BA691C" w:rsidRPr="0092027F" w:rsidRDefault="00BA691C" w:rsidP="00A34CB2">
      <w:pPr>
        <w:jc w:val="both"/>
        <w:rPr>
          <w:rFonts w:ascii="Aptos" w:hAnsi="Aptos"/>
          <w:sz w:val="22"/>
          <w:lang w:val="en-GB"/>
        </w:rPr>
      </w:pP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4A0" w:firstRow="1" w:lastRow="0" w:firstColumn="1" w:lastColumn="0" w:noHBand="0" w:noVBand="1"/>
      </w:tblPr>
      <w:tblGrid>
        <w:gridCol w:w="1271"/>
        <w:gridCol w:w="1276"/>
        <w:gridCol w:w="7317"/>
      </w:tblGrid>
      <w:tr w:rsidR="00722F84" w:rsidRPr="0092027F" w14:paraId="7E9B59F8" w14:textId="77777777" w:rsidTr="00722F84">
        <w:trPr>
          <w:cantSplit/>
          <w:tblHeader/>
          <w:jc w:val="center"/>
        </w:trPr>
        <w:tc>
          <w:tcPr>
            <w:tcW w:w="9864" w:type="dxa"/>
            <w:gridSpan w:val="3"/>
            <w:tcBorders>
              <w:top w:val="nil"/>
              <w:left w:val="nil"/>
              <w:bottom w:val="single" w:sz="4" w:space="0" w:color="auto"/>
              <w:right w:val="nil"/>
            </w:tcBorders>
            <w:tcMar>
              <w:top w:w="85" w:type="dxa"/>
              <w:left w:w="100" w:type="dxa"/>
              <w:bottom w:w="85" w:type="dxa"/>
              <w:right w:w="100" w:type="dxa"/>
            </w:tcMar>
            <w:vAlign w:val="center"/>
          </w:tcPr>
          <w:p w14:paraId="4431EDBF" w14:textId="77777777" w:rsidR="00722F84" w:rsidRPr="0092027F" w:rsidRDefault="00722F84" w:rsidP="00722F84">
            <w:pPr>
              <w:jc w:val="both"/>
              <w:rPr>
                <w:rFonts w:ascii="Aptos" w:hAnsi="Aptos"/>
                <w:b/>
                <w:bCs/>
                <w:sz w:val="24"/>
                <w:szCs w:val="24"/>
                <w:lang w:val="en-GB"/>
              </w:rPr>
            </w:pPr>
            <w:r w:rsidRPr="0092027F">
              <w:rPr>
                <w:rFonts w:ascii="Aptos" w:hAnsi="Aptos"/>
                <w:b/>
                <w:bCs/>
                <w:sz w:val="24"/>
                <w:szCs w:val="24"/>
                <w:lang w:val="en-GB"/>
              </w:rPr>
              <w:t>Gaps in employment</w:t>
            </w:r>
          </w:p>
          <w:p w14:paraId="4E3FBF51" w14:textId="29142E43" w:rsidR="00722F84" w:rsidRPr="0092027F" w:rsidRDefault="00150757" w:rsidP="00722F84">
            <w:pPr>
              <w:jc w:val="both"/>
              <w:rPr>
                <w:rFonts w:ascii="Aptos" w:hAnsi="Aptos"/>
                <w:sz w:val="22"/>
                <w:lang w:val="en-GB"/>
              </w:rPr>
            </w:pPr>
            <w:r w:rsidRPr="00150757">
              <w:rPr>
                <w:rFonts w:ascii="Aptos" w:hAnsi="Aptos"/>
                <w:sz w:val="22"/>
                <w:lang w:val="en-GB"/>
              </w:rPr>
              <w:t xml:space="preserve">Please explain every period </w:t>
            </w:r>
            <w:r w:rsidRPr="00150757">
              <w:rPr>
                <w:rFonts w:ascii="Aptos" w:hAnsi="Aptos"/>
                <w:b/>
                <w:bCs/>
                <w:sz w:val="22"/>
                <w:lang w:val="en-GB"/>
              </w:rPr>
              <w:t>not already accounted for above.</w:t>
            </w:r>
          </w:p>
        </w:tc>
      </w:tr>
      <w:tr w:rsidR="00BA691C" w:rsidRPr="0092027F" w14:paraId="305C0183" w14:textId="77777777" w:rsidTr="00722F84">
        <w:trPr>
          <w:cantSplit/>
          <w:tblHeader/>
          <w:jc w:val="center"/>
        </w:trPr>
        <w:tc>
          <w:tcPr>
            <w:tcW w:w="1271"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3C756B23" w14:textId="77777777" w:rsidR="00BA691C" w:rsidRPr="0092027F" w:rsidRDefault="00000000">
            <w:pPr>
              <w:spacing w:after="0" w:line="245" w:lineRule="auto"/>
              <w:rPr>
                <w:rFonts w:ascii="Aptos" w:hAnsi="Aptos"/>
                <w:color w:val="auto"/>
                <w:sz w:val="22"/>
                <w:lang w:val="en-GB"/>
              </w:rPr>
            </w:pPr>
            <w:r w:rsidRPr="0092027F">
              <w:rPr>
                <w:rFonts w:ascii="Aptos" w:hAnsi="Aptos"/>
                <w:b/>
                <w:color w:val="auto"/>
                <w:sz w:val="22"/>
                <w:lang w:val="en-GB"/>
              </w:rPr>
              <w:t>From</w:t>
            </w:r>
            <w:r w:rsidRPr="0092027F">
              <w:rPr>
                <w:rFonts w:ascii="Aptos" w:hAnsi="Aptos"/>
                <w:b/>
                <w:color w:val="auto"/>
                <w:sz w:val="22"/>
                <w:lang w:val="en-GB"/>
              </w:rPr>
              <w:br/>
              <w:t>MM/YYYY</w:t>
            </w:r>
          </w:p>
        </w:tc>
        <w:tc>
          <w:tcPr>
            <w:tcW w:w="1276"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7F9BE2F2" w14:textId="77777777" w:rsidR="00BA691C" w:rsidRPr="0092027F" w:rsidRDefault="00000000">
            <w:pPr>
              <w:spacing w:after="0" w:line="245" w:lineRule="auto"/>
              <w:rPr>
                <w:rFonts w:ascii="Aptos" w:hAnsi="Aptos"/>
                <w:color w:val="auto"/>
                <w:sz w:val="22"/>
                <w:lang w:val="en-GB"/>
              </w:rPr>
            </w:pPr>
            <w:r w:rsidRPr="0092027F">
              <w:rPr>
                <w:rFonts w:ascii="Aptos" w:hAnsi="Aptos"/>
                <w:b/>
                <w:color w:val="auto"/>
                <w:sz w:val="22"/>
                <w:lang w:val="en-GB"/>
              </w:rPr>
              <w:t>To</w:t>
            </w:r>
            <w:r w:rsidRPr="0092027F">
              <w:rPr>
                <w:rFonts w:ascii="Aptos" w:hAnsi="Aptos"/>
                <w:b/>
                <w:color w:val="auto"/>
                <w:sz w:val="22"/>
                <w:lang w:val="en-GB"/>
              </w:rPr>
              <w:br/>
              <w:t>MM/YYYY</w:t>
            </w:r>
          </w:p>
        </w:tc>
        <w:tc>
          <w:tcPr>
            <w:tcW w:w="7317" w:type="dxa"/>
            <w:tcBorders>
              <w:top w:val="single" w:sz="4" w:space="0" w:color="auto"/>
            </w:tcBorders>
            <w:shd w:val="clear" w:color="auto" w:fill="F2F2F2" w:themeFill="background1" w:themeFillShade="F2"/>
            <w:tcMar>
              <w:top w:w="85" w:type="dxa"/>
              <w:left w:w="100" w:type="dxa"/>
              <w:bottom w:w="85" w:type="dxa"/>
              <w:right w:w="100" w:type="dxa"/>
            </w:tcMar>
            <w:vAlign w:val="center"/>
          </w:tcPr>
          <w:p w14:paraId="1A5E57D3" w14:textId="48D8CDF5" w:rsidR="00BA691C" w:rsidRPr="0092027F" w:rsidRDefault="007F2B10">
            <w:pPr>
              <w:spacing w:after="0" w:line="245" w:lineRule="auto"/>
              <w:rPr>
                <w:rFonts w:ascii="Aptos" w:hAnsi="Aptos"/>
                <w:color w:val="auto"/>
                <w:sz w:val="22"/>
                <w:lang w:val="en-GB"/>
              </w:rPr>
            </w:pPr>
            <w:r w:rsidRPr="0092027F">
              <w:rPr>
                <w:rFonts w:ascii="Aptos" w:hAnsi="Aptos"/>
                <w:b/>
                <w:color w:val="auto"/>
                <w:sz w:val="22"/>
                <w:lang w:val="en-GB"/>
              </w:rPr>
              <w:t>E</w:t>
            </w:r>
            <w:r w:rsidR="00000000" w:rsidRPr="0092027F">
              <w:rPr>
                <w:rFonts w:ascii="Aptos" w:hAnsi="Aptos"/>
                <w:b/>
                <w:color w:val="auto"/>
                <w:sz w:val="22"/>
                <w:lang w:val="en-GB"/>
              </w:rPr>
              <w:t>xplanation</w:t>
            </w:r>
          </w:p>
        </w:tc>
      </w:tr>
      <w:tr w:rsidR="00BA691C" w:rsidRPr="0092027F" w14:paraId="6F4E0201" w14:textId="77777777" w:rsidTr="007F2B10">
        <w:trPr>
          <w:cantSplit/>
          <w:trHeight w:val="567"/>
          <w:jc w:val="center"/>
        </w:trPr>
        <w:tc>
          <w:tcPr>
            <w:tcW w:w="1271" w:type="dxa"/>
            <w:tcMar>
              <w:top w:w="85" w:type="dxa"/>
              <w:left w:w="100" w:type="dxa"/>
              <w:bottom w:w="85" w:type="dxa"/>
              <w:right w:w="100" w:type="dxa"/>
            </w:tcMar>
            <w:vAlign w:val="center"/>
          </w:tcPr>
          <w:p w14:paraId="54B2B97C" w14:textId="77777777" w:rsidR="00BA691C" w:rsidRPr="0092027F" w:rsidRDefault="00BA691C">
            <w:pPr>
              <w:spacing w:after="0" w:line="245" w:lineRule="auto"/>
              <w:rPr>
                <w:rFonts w:ascii="Aptos" w:hAnsi="Aptos"/>
                <w:color w:val="auto"/>
                <w:sz w:val="20"/>
                <w:szCs w:val="20"/>
                <w:lang w:val="en-GB"/>
              </w:rPr>
            </w:pPr>
          </w:p>
        </w:tc>
        <w:tc>
          <w:tcPr>
            <w:tcW w:w="1276" w:type="dxa"/>
            <w:tcMar>
              <w:top w:w="85" w:type="dxa"/>
              <w:left w:w="100" w:type="dxa"/>
              <w:bottom w:w="85" w:type="dxa"/>
              <w:right w:w="100" w:type="dxa"/>
            </w:tcMar>
            <w:vAlign w:val="center"/>
          </w:tcPr>
          <w:p w14:paraId="67829B0B" w14:textId="77777777" w:rsidR="00BA691C" w:rsidRPr="0092027F" w:rsidRDefault="00BA691C">
            <w:pPr>
              <w:spacing w:after="0" w:line="245" w:lineRule="auto"/>
              <w:rPr>
                <w:rFonts w:ascii="Aptos" w:hAnsi="Aptos"/>
                <w:color w:val="auto"/>
                <w:sz w:val="20"/>
                <w:szCs w:val="20"/>
                <w:lang w:val="en-GB"/>
              </w:rPr>
            </w:pPr>
          </w:p>
        </w:tc>
        <w:tc>
          <w:tcPr>
            <w:tcW w:w="7317" w:type="dxa"/>
            <w:tcMar>
              <w:top w:w="85" w:type="dxa"/>
              <w:left w:w="100" w:type="dxa"/>
              <w:bottom w:w="85" w:type="dxa"/>
              <w:right w:w="100" w:type="dxa"/>
            </w:tcMar>
            <w:vAlign w:val="center"/>
          </w:tcPr>
          <w:p w14:paraId="1882DC66" w14:textId="77777777" w:rsidR="00BA691C" w:rsidRPr="0092027F" w:rsidRDefault="00BA691C">
            <w:pPr>
              <w:spacing w:after="0" w:line="245" w:lineRule="auto"/>
              <w:rPr>
                <w:rFonts w:ascii="Aptos" w:hAnsi="Aptos"/>
                <w:color w:val="auto"/>
                <w:sz w:val="20"/>
                <w:szCs w:val="20"/>
                <w:lang w:val="en-GB"/>
              </w:rPr>
            </w:pPr>
          </w:p>
        </w:tc>
      </w:tr>
      <w:tr w:rsidR="00BA691C" w:rsidRPr="0092027F" w14:paraId="3A1BE730" w14:textId="77777777" w:rsidTr="007F2B10">
        <w:trPr>
          <w:cantSplit/>
          <w:trHeight w:val="567"/>
          <w:jc w:val="center"/>
        </w:trPr>
        <w:tc>
          <w:tcPr>
            <w:tcW w:w="1271" w:type="dxa"/>
            <w:tcMar>
              <w:top w:w="85" w:type="dxa"/>
              <w:left w:w="100" w:type="dxa"/>
              <w:bottom w:w="85" w:type="dxa"/>
              <w:right w:w="100" w:type="dxa"/>
            </w:tcMar>
            <w:vAlign w:val="center"/>
          </w:tcPr>
          <w:p w14:paraId="1EAFCF1C" w14:textId="77777777" w:rsidR="00BA691C" w:rsidRPr="0092027F" w:rsidRDefault="00BA691C">
            <w:pPr>
              <w:spacing w:after="0" w:line="245" w:lineRule="auto"/>
              <w:rPr>
                <w:rFonts w:ascii="Aptos" w:hAnsi="Aptos"/>
                <w:color w:val="auto"/>
                <w:sz w:val="20"/>
                <w:szCs w:val="20"/>
                <w:lang w:val="en-GB"/>
              </w:rPr>
            </w:pPr>
          </w:p>
        </w:tc>
        <w:tc>
          <w:tcPr>
            <w:tcW w:w="1276" w:type="dxa"/>
            <w:tcMar>
              <w:top w:w="85" w:type="dxa"/>
              <w:left w:w="100" w:type="dxa"/>
              <w:bottom w:w="85" w:type="dxa"/>
              <w:right w:w="100" w:type="dxa"/>
            </w:tcMar>
            <w:vAlign w:val="center"/>
          </w:tcPr>
          <w:p w14:paraId="59A92A7B" w14:textId="77777777" w:rsidR="00BA691C" w:rsidRPr="0092027F" w:rsidRDefault="00BA691C">
            <w:pPr>
              <w:spacing w:after="0" w:line="245" w:lineRule="auto"/>
              <w:rPr>
                <w:rFonts w:ascii="Aptos" w:hAnsi="Aptos"/>
                <w:color w:val="auto"/>
                <w:sz w:val="20"/>
                <w:szCs w:val="20"/>
                <w:lang w:val="en-GB"/>
              </w:rPr>
            </w:pPr>
          </w:p>
        </w:tc>
        <w:tc>
          <w:tcPr>
            <w:tcW w:w="7317" w:type="dxa"/>
            <w:tcMar>
              <w:top w:w="85" w:type="dxa"/>
              <w:left w:w="100" w:type="dxa"/>
              <w:bottom w:w="85" w:type="dxa"/>
              <w:right w:w="100" w:type="dxa"/>
            </w:tcMar>
            <w:vAlign w:val="center"/>
          </w:tcPr>
          <w:p w14:paraId="49CF8B32" w14:textId="77777777" w:rsidR="00BA691C" w:rsidRPr="0092027F" w:rsidRDefault="00BA691C">
            <w:pPr>
              <w:spacing w:after="0" w:line="245" w:lineRule="auto"/>
              <w:rPr>
                <w:rFonts w:ascii="Aptos" w:hAnsi="Aptos"/>
                <w:color w:val="auto"/>
                <w:sz w:val="20"/>
                <w:szCs w:val="20"/>
                <w:lang w:val="en-GB"/>
              </w:rPr>
            </w:pPr>
          </w:p>
        </w:tc>
      </w:tr>
      <w:tr w:rsidR="00032160" w:rsidRPr="0092027F" w14:paraId="2F98F537" w14:textId="77777777" w:rsidTr="007F2B10">
        <w:trPr>
          <w:cantSplit/>
          <w:trHeight w:val="567"/>
          <w:jc w:val="center"/>
        </w:trPr>
        <w:tc>
          <w:tcPr>
            <w:tcW w:w="1271" w:type="dxa"/>
            <w:tcMar>
              <w:top w:w="85" w:type="dxa"/>
              <w:left w:w="100" w:type="dxa"/>
              <w:bottom w:w="85" w:type="dxa"/>
              <w:right w:w="100" w:type="dxa"/>
            </w:tcMar>
            <w:vAlign w:val="center"/>
          </w:tcPr>
          <w:p w14:paraId="50C21EC5" w14:textId="77777777" w:rsidR="00032160" w:rsidRPr="0092027F" w:rsidRDefault="00032160">
            <w:pPr>
              <w:spacing w:after="0" w:line="245" w:lineRule="auto"/>
              <w:rPr>
                <w:rFonts w:ascii="Aptos" w:hAnsi="Aptos"/>
                <w:color w:val="auto"/>
                <w:sz w:val="20"/>
                <w:szCs w:val="20"/>
                <w:lang w:val="en-GB"/>
              </w:rPr>
            </w:pPr>
          </w:p>
        </w:tc>
        <w:tc>
          <w:tcPr>
            <w:tcW w:w="1276" w:type="dxa"/>
            <w:tcMar>
              <w:top w:w="85" w:type="dxa"/>
              <w:left w:w="100" w:type="dxa"/>
              <w:bottom w:w="85" w:type="dxa"/>
              <w:right w:w="100" w:type="dxa"/>
            </w:tcMar>
            <w:vAlign w:val="center"/>
          </w:tcPr>
          <w:p w14:paraId="422358D0" w14:textId="77777777" w:rsidR="00032160" w:rsidRPr="0092027F" w:rsidRDefault="00032160">
            <w:pPr>
              <w:spacing w:after="0" w:line="245" w:lineRule="auto"/>
              <w:rPr>
                <w:rFonts w:ascii="Aptos" w:hAnsi="Aptos"/>
                <w:color w:val="auto"/>
                <w:sz w:val="20"/>
                <w:szCs w:val="20"/>
                <w:lang w:val="en-GB"/>
              </w:rPr>
            </w:pPr>
          </w:p>
        </w:tc>
        <w:tc>
          <w:tcPr>
            <w:tcW w:w="7317" w:type="dxa"/>
            <w:tcMar>
              <w:top w:w="85" w:type="dxa"/>
              <w:left w:w="100" w:type="dxa"/>
              <w:bottom w:w="85" w:type="dxa"/>
              <w:right w:w="100" w:type="dxa"/>
            </w:tcMar>
            <w:vAlign w:val="center"/>
          </w:tcPr>
          <w:p w14:paraId="6112F6F5" w14:textId="77777777" w:rsidR="00032160" w:rsidRPr="0092027F" w:rsidRDefault="00032160">
            <w:pPr>
              <w:spacing w:after="0" w:line="245" w:lineRule="auto"/>
              <w:rPr>
                <w:rFonts w:ascii="Aptos" w:hAnsi="Aptos"/>
                <w:color w:val="auto"/>
                <w:sz w:val="20"/>
                <w:szCs w:val="20"/>
                <w:lang w:val="en-GB"/>
              </w:rPr>
            </w:pPr>
          </w:p>
        </w:tc>
      </w:tr>
      <w:tr w:rsidR="00032160" w:rsidRPr="0092027F" w14:paraId="3EAFB768" w14:textId="77777777" w:rsidTr="007F2B10">
        <w:trPr>
          <w:cantSplit/>
          <w:trHeight w:val="567"/>
          <w:jc w:val="center"/>
        </w:trPr>
        <w:tc>
          <w:tcPr>
            <w:tcW w:w="1271" w:type="dxa"/>
            <w:tcMar>
              <w:top w:w="85" w:type="dxa"/>
              <w:left w:w="100" w:type="dxa"/>
              <w:bottom w:w="85" w:type="dxa"/>
              <w:right w:w="100" w:type="dxa"/>
            </w:tcMar>
            <w:vAlign w:val="center"/>
          </w:tcPr>
          <w:p w14:paraId="1A03FB27" w14:textId="77777777" w:rsidR="00032160" w:rsidRPr="0092027F" w:rsidRDefault="00032160">
            <w:pPr>
              <w:spacing w:after="0" w:line="245" w:lineRule="auto"/>
              <w:rPr>
                <w:rFonts w:ascii="Aptos" w:hAnsi="Aptos"/>
                <w:color w:val="auto"/>
                <w:sz w:val="20"/>
                <w:szCs w:val="20"/>
                <w:lang w:val="en-GB"/>
              </w:rPr>
            </w:pPr>
          </w:p>
        </w:tc>
        <w:tc>
          <w:tcPr>
            <w:tcW w:w="1276" w:type="dxa"/>
            <w:tcMar>
              <w:top w:w="85" w:type="dxa"/>
              <w:left w:w="100" w:type="dxa"/>
              <w:bottom w:w="85" w:type="dxa"/>
              <w:right w:w="100" w:type="dxa"/>
            </w:tcMar>
            <w:vAlign w:val="center"/>
          </w:tcPr>
          <w:p w14:paraId="25C6B52D" w14:textId="77777777" w:rsidR="00032160" w:rsidRPr="0092027F" w:rsidRDefault="00032160">
            <w:pPr>
              <w:spacing w:after="0" w:line="245" w:lineRule="auto"/>
              <w:rPr>
                <w:rFonts w:ascii="Aptos" w:hAnsi="Aptos"/>
                <w:color w:val="auto"/>
                <w:sz w:val="20"/>
                <w:szCs w:val="20"/>
                <w:lang w:val="en-GB"/>
              </w:rPr>
            </w:pPr>
          </w:p>
        </w:tc>
        <w:tc>
          <w:tcPr>
            <w:tcW w:w="7317" w:type="dxa"/>
            <w:tcMar>
              <w:top w:w="85" w:type="dxa"/>
              <w:left w:w="100" w:type="dxa"/>
              <w:bottom w:w="85" w:type="dxa"/>
              <w:right w:w="100" w:type="dxa"/>
            </w:tcMar>
            <w:vAlign w:val="center"/>
          </w:tcPr>
          <w:p w14:paraId="5321470E" w14:textId="77777777" w:rsidR="00032160" w:rsidRPr="0092027F" w:rsidRDefault="00032160">
            <w:pPr>
              <w:spacing w:after="0" w:line="245" w:lineRule="auto"/>
              <w:rPr>
                <w:rFonts w:ascii="Aptos" w:hAnsi="Aptos"/>
                <w:color w:val="auto"/>
                <w:sz w:val="20"/>
                <w:szCs w:val="20"/>
                <w:lang w:val="en-GB"/>
              </w:rPr>
            </w:pPr>
          </w:p>
        </w:tc>
      </w:tr>
    </w:tbl>
    <w:p w14:paraId="584106D2" w14:textId="77777777" w:rsidR="00D23CDD" w:rsidRDefault="00D23CDD" w:rsidP="00D23CDD">
      <w:pPr>
        <w:pStyle w:val="Heading1"/>
        <w:rPr>
          <w:rFonts w:ascii="Aptos" w:hAnsi="Aptos"/>
          <w:sz w:val="24"/>
          <w:szCs w:val="24"/>
          <w:lang w:val="en-GB"/>
        </w:rPr>
      </w:pPr>
    </w:p>
    <w:p w14:paraId="115E8F4E" w14:textId="77777777" w:rsidR="00095AAC" w:rsidRPr="00095AAC" w:rsidRDefault="00095AAC" w:rsidP="00095AAC">
      <w:pPr>
        <w:rPr>
          <w:lang w:val="en-GB"/>
        </w:rPr>
      </w:pPr>
    </w:p>
    <w:p w14:paraId="0A9A13E8" w14:textId="24A7E676" w:rsidR="00BA691C" w:rsidRPr="0092027F" w:rsidRDefault="00000000" w:rsidP="00D23CDD">
      <w:pPr>
        <w:pStyle w:val="Heading1"/>
        <w:rPr>
          <w:rFonts w:ascii="Aptos" w:hAnsi="Aptos"/>
          <w:sz w:val="24"/>
          <w:szCs w:val="24"/>
          <w:lang w:val="en-GB"/>
        </w:rPr>
      </w:pPr>
      <w:r w:rsidRPr="0092027F">
        <w:rPr>
          <w:rFonts w:ascii="Aptos" w:hAnsi="Aptos"/>
          <w:sz w:val="24"/>
          <w:szCs w:val="24"/>
          <w:lang w:val="en-GB"/>
        </w:rPr>
        <w:lastRenderedPageBreak/>
        <w:t>References</w:t>
      </w:r>
    </w:p>
    <w:p w14:paraId="029CB8DC" w14:textId="2C3EE7AD" w:rsidR="00BA691C" w:rsidRPr="0092027F" w:rsidRDefault="00000000" w:rsidP="00FB4067">
      <w:pPr>
        <w:rPr>
          <w:rFonts w:ascii="Aptos" w:hAnsi="Aptos"/>
          <w:sz w:val="22"/>
          <w:lang w:val="en-GB"/>
        </w:rPr>
      </w:pPr>
      <w:r w:rsidRPr="0092027F">
        <w:rPr>
          <w:rFonts w:ascii="Aptos" w:hAnsi="Aptos"/>
          <w:sz w:val="22"/>
          <w:lang w:val="en-GB"/>
        </w:rPr>
        <w:t xml:space="preserve">Provide two referees who can give written references, including your current or most recent employer if you have had one. </w:t>
      </w:r>
    </w:p>
    <w:tbl>
      <w:tblPr>
        <w:tblStyle w:val="TableGrid"/>
        <w:tblW w:w="9864" w:type="dxa"/>
        <w:tblLook w:val="04A0" w:firstRow="1" w:lastRow="0" w:firstColumn="1" w:lastColumn="0" w:noHBand="0" w:noVBand="1"/>
      </w:tblPr>
      <w:tblGrid>
        <w:gridCol w:w="561"/>
        <w:gridCol w:w="1950"/>
        <w:gridCol w:w="2420"/>
        <w:gridCol w:w="593"/>
        <w:gridCol w:w="4340"/>
      </w:tblGrid>
      <w:tr w:rsidR="00FB4067" w:rsidRPr="0092027F" w14:paraId="762C86B5" w14:textId="77777777" w:rsidTr="00FB4067">
        <w:trPr>
          <w:trHeight w:val="510"/>
        </w:trPr>
        <w:tc>
          <w:tcPr>
            <w:tcW w:w="9864" w:type="dxa"/>
            <w:gridSpan w:val="5"/>
            <w:tcBorders>
              <w:top w:val="nil"/>
              <w:left w:val="nil"/>
              <w:bottom w:val="single" w:sz="4" w:space="0" w:color="auto"/>
              <w:right w:val="nil"/>
            </w:tcBorders>
            <w:vAlign w:val="center"/>
          </w:tcPr>
          <w:p w14:paraId="6849E6EA" w14:textId="419EF78D" w:rsidR="00FB4067" w:rsidRPr="0092027F" w:rsidRDefault="00FB4067" w:rsidP="00F5749A">
            <w:pPr>
              <w:spacing w:after="0" w:line="240" w:lineRule="auto"/>
              <w:rPr>
                <w:rFonts w:ascii="Aptos" w:hAnsi="Aptos"/>
                <w:b/>
                <w:bCs/>
                <w:sz w:val="20"/>
                <w:szCs w:val="20"/>
                <w:lang w:val="en-GB"/>
              </w:rPr>
            </w:pPr>
            <w:r w:rsidRPr="0092027F">
              <w:rPr>
                <w:rFonts w:ascii="Aptos" w:hAnsi="Aptos"/>
                <w:b/>
                <w:bCs/>
                <w:sz w:val="24"/>
                <w:szCs w:val="24"/>
                <w:lang w:val="en-GB"/>
              </w:rPr>
              <w:t>Referee 1</w:t>
            </w:r>
          </w:p>
        </w:tc>
      </w:tr>
      <w:tr w:rsidR="00273B44" w:rsidRPr="0092027F" w14:paraId="69BB5DB7"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8266B4" w14:textId="50F832F9" w:rsidR="00273B44" w:rsidRPr="0092027F" w:rsidRDefault="00273B44" w:rsidP="00F5749A">
            <w:pPr>
              <w:spacing w:after="0" w:line="240" w:lineRule="auto"/>
              <w:rPr>
                <w:rFonts w:ascii="Aptos" w:hAnsi="Aptos"/>
                <w:b/>
                <w:sz w:val="22"/>
                <w:lang w:val="en-GB"/>
              </w:rPr>
            </w:pPr>
            <w:r w:rsidRPr="0092027F">
              <w:rPr>
                <w:rFonts w:ascii="Aptos" w:hAnsi="Aptos"/>
                <w:b/>
                <w:sz w:val="22"/>
                <w:lang w:val="en-GB"/>
              </w:rPr>
              <w:t>Name:</w:t>
            </w:r>
          </w:p>
        </w:tc>
        <w:tc>
          <w:tcPr>
            <w:tcW w:w="7353" w:type="dxa"/>
            <w:gridSpan w:val="3"/>
            <w:tcBorders>
              <w:top w:val="single" w:sz="4" w:space="0" w:color="auto"/>
              <w:left w:val="single" w:sz="4" w:space="0" w:color="auto"/>
            </w:tcBorders>
            <w:vAlign w:val="center"/>
          </w:tcPr>
          <w:p w14:paraId="18AAC103" w14:textId="77777777" w:rsidR="00273B44" w:rsidRPr="0092027F" w:rsidRDefault="00273B44" w:rsidP="00F5749A">
            <w:pPr>
              <w:spacing w:after="0" w:line="240" w:lineRule="auto"/>
              <w:rPr>
                <w:rFonts w:ascii="Aptos" w:hAnsi="Aptos"/>
                <w:bCs/>
                <w:sz w:val="20"/>
                <w:szCs w:val="20"/>
                <w:lang w:val="en-GB"/>
              </w:rPr>
            </w:pPr>
          </w:p>
        </w:tc>
      </w:tr>
      <w:tr w:rsidR="00273B44" w:rsidRPr="0092027F" w14:paraId="2F2B2C33"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71636" w14:textId="75B4C8B6" w:rsidR="00273B44" w:rsidRPr="0092027F" w:rsidRDefault="00273B44" w:rsidP="00F5749A">
            <w:pPr>
              <w:spacing w:after="0" w:line="240" w:lineRule="auto"/>
              <w:rPr>
                <w:rFonts w:ascii="Aptos" w:hAnsi="Aptos"/>
                <w:b/>
                <w:sz w:val="22"/>
                <w:lang w:val="en-GB"/>
              </w:rPr>
            </w:pPr>
            <w:r w:rsidRPr="0092027F">
              <w:rPr>
                <w:rFonts w:ascii="Aptos" w:hAnsi="Aptos"/>
                <w:b/>
                <w:sz w:val="22"/>
                <w:lang w:val="en-GB"/>
              </w:rPr>
              <w:t>Organisation</w:t>
            </w:r>
            <w:r w:rsidRPr="0092027F">
              <w:rPr>
                <w:rFonts w:ascii="Aptos" w:hAnsi="Aptos"/>
                <w:b/>
                <w:sz w:val="22"/>
                <w:lang w:val="en-GB"/>
              </w:rPr>
              <w:t>:</w:t>
            </w:r>
          </w:p>
        </w:tc>
        <w:tc>
          <w:tcPr>
            <w:tcW w:w="7353" w:type="dxa"/>
            <w:gridSpan w:val="3"/>
            <w:tcBorders>
              <w:left w:val="single" w:sz="4" w:space="0" w:color="auto"/>
            </w:tcBorders>
            <w:vAlign w:val="center"/>
          </w:tcPr>
          <w:p w14:paraId="2EEC0290" w14:textId="77777777" w:rsidR="00273B44" w:rsidRPr="0092027F" w:rsidRDefault="00273B44" w:rsidP="00F5749A">
            <w:pPr>
              <w:spacing w:after="0" w:line="240" w:lineRule="auto"/>
              <w:rPr>
                <w:rFonts w:ascii="Aptos" w:hAnsi="Aptos"/>
                <w:bCs/>
                <w:sz w:val="20"/>
                <w:szCs w:val="20"/>
                <w:lang w:val="en-GB"/>
              </w:rPr>
            </w:pPr>
          </w:p>
        </w:tc>
      </w:tr>
      <w:tr w:rsidR="00273B44" w:rsidRPr="0092027F" w14:paraId="17A16750"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4B6ADC" w14:textId="687C38B5" w:rsidR="00273B44" w:rsidRPr="0092027F" w:rsidRDefault="00273B44" w:rsidP="00F5749A">
            <w:pPr>
              <w:spacing w:after="0" w:line="240" w:lineRule="auto"/>
              <w:rPr>
                <w:rFonts w:ascii="Aptos" w:hAnsi="Aptos"/>
                <w:b/>
                <w:sz w:val="22"/>
                <w:lang w:val="en-GB"/>
              </w:rPr>
            </w:pPr>
            <w:r w:rsidRPr="0092027F">
              <w:rPr>
                <w:rFonts w:ascii="Aptos" w:hAnsi="Aptos"/>
                <w:b/>
                <w:sz w:val="22"/>
                <w:lang w:val="en-GB"/>
              </w:rPr>
              <w:t>Job Title:</w:t>
            </w:r>
          </w:p>
        </w:tc>
        <w:tc>
          <w:tcPr>
            <w:tcW w:w="7353" w:type="dxa"/>
            <w:gridSpan w:val="3"/>
            <w:tcBorders>
              <w:left w:val="single" w:sz="4" w:space="0" w:color="auto"/>
            </w:tcBorders>
            <w:vAlign w:val="center"/>
          </w:tcPr>
          <w:p w14:paraId="364F3497" w14:textId="77777777" w:rsidR="00273B44" w:rsidRPr="0092027F" w:rsidRDefault="00273B44" w:rsidP="00F5749A">
            <w:pPr>
              <w:spacing w:after="0" w:line="240" w:lineRule="auto"/>
              <w:rPr>
                <w:rFonts w:ascii="Aptos" w:hAnsi="Aptos"/>
                <w:bCs/>
                <w:sz w:val="20"/>
                <w:szCs w:val="20"/>
                <w:lang w:val="en-GB"/>
              </w:rPr>
            </w:pPr>
          </w:p>
        </w:tc>
      </w:tr>
      <w:tr w:rsidR="00273B44" w:rsidRPr="0092027F" w14:paraId="0326987E"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E84620" w14:textId="2E64D3C6" w:rsidR="00273B44" w:rsidRPr="0092027F" w:rsidRDefault="00273B44" w:rsidP="00F5749A">
            <w:pPr>
              <w:spacing w:after="0" w:line="240" w:lineRule="auto"/>
              <w:rPr>
                <w:rFonts w:ascii="Aptos" w:hAnsi="Aptos"/>
                <w:b/>
                <w:sz w:val="22"/>
                <w:lang w:val="en-GB"/>
              </w:rPr>
            </w:pPr>
            <w:r w:rsidRPr="0092027F">
              <w:rPr>
                <w:rFonts w:ascii="Aptos" w:hAnsi="Aptos"/>
                <w:b/>
                <w:sz w:val="22"/>
                <w:lang w:val="en-GB"/>
              </w:rPr>
              <w:t>Work Address:</w:t>
            </w:r>
          </w:p>
        </w:tc>
        <w:tc>
          <w:tcPr>
            <w:tcW w:w="7353" w:type="dxa"/>
            <w:gridSpan w:val="3"/>
            <w:tcBorders>
              <w:left w:val="single" w:sz="4" w:space="0" w:color="auto"/>
            </w:tcBorders>
            <w:vAlign w:val="center"/>
          </w:tcPr>
          <w:p w14:paraId="1CD71AA9" w14:textId="77777777" w:rsidR="00273B44" w:rsidRPr="0092027F" w:rsidRDefault="00273B44" w:rsidP="00F5749A">
            <w:pPr>
              <w:spacing w:after="0" w:line="240" w:lineRule="auto"/>
              <w:rPr>
                <w:rFonts w:ascii="Aptos" w:hAnsi="Aptos"/>
                <w:bCs/>
                <w:sz w:val="20"/>
                <w:szCs w:val="20"/>
                <w:lang w:val="en-GB"/>
              </w:rPr>
            </w:pPr>
          </w:p>
        </w:tc>
      </w:tr>
      <w:tr w:rsidR="00273B44" w:rsidRPr="0092027F" w14:paraId="3E4D2C65"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53577" w14:textId="6D1D0F9F" w:rsidR="00273B44" w:rsidRPr="0092027F" w:rsidRDefault="00273B44" w:rsidP="00F5749A">
            <w:pPr>
              <w:spacing w:after="0" w:line="240" w:lineRule="auto"/>
              <w:rPr>
                <w:rFonts w:ascii="Aptos" w:hAnsi="Aptos"/>
                <w:b/>
                <w:sz w:val="22"/>
                <w:lang w:val="en-GB"/>
              </w:rPr>
            </w:pPr>
            <w:r w:rsidRPr="0092027F">
              <w:rPr>
                <w:rFonts w:ascii="Aptos" w:hAnsi="Aptos"/>
                <w:b/>
                <w:sz w:val="22"/>
                <w:lang w:val="en-GB"/>
              </w:rPr>
              <w:t>Work Email</w:t>
            </w:r>
            <w:r w:rsidRPr="0092027F">
              <w:rPr>
                <w:rFonts w:ascii="Aptos" w:hAnsi="Aptos"/>
                <w:b/>
                <w:sz w:val="22"/>
                <w:lang w:val="en-GB"/>
              </w:rPr>
              <w:t>:</w:t>
            </w:r>
          </w:p>
        </w:tc>
        <w:tc>
          <w:tcPr>
            <w:tcW w:w="7353" w:type="dxa"/>
            <w:gridSpan w:val="3"/>
            <w:tcBorders>
              <w:left w:val="single" w:sz="4" w:space="0" w:color="auto"/>
            </w:tcBorders>
            <w:vAlign w:val="center"/>
          </w:tcPr>
          <w:p w14:paraId="30E0E20F" w14:textId="77777777" w:rsidR="00273B44" w:rsidRPr="0092027F" w:rsidRDefault="00273B44" w:rsidP="00F5749A">
            <w:pPr>
              <w:spacing w:after="0" w:line="240" w:lineRule="auto"/>
              <w:rPr>
                <w:rFonts w:ascii="Aptos" w:hAnsi="Aptos"/>
                <w:bCs/>
                <w:sz w:val="20"/>
                <w:szCs w:val="20"/>
                <w:lang w:val="en-GB"/>
              </w:rPr>
            </w:pPr>
          </w:p>
        </w:tc>
      </w:tr>
      <w:tr w:rsidR="00273B44" w:rsidRPr="0092027F" w14:paraId="4C8230C4"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08FC22" w14:textId="37088078" w:rsidR="00273B44" w:rsidRPr="0092027F" w:rsidRDefault="00273B44" w:rsidP="00F5749A">
            <w:pPr>
              <w:spacing w:after="0" w:line="240" w:lineRule="auto"/>
              <w:rPr>
                <w:rFonts w:ascii="Aptos" w:hAnsi="Aptos"/>
                <w:b/>
                <w:sz w:val="22"/>
                <w:lang w:val="en-GB"/>
              </w:rPr>
            </w:pPr>
            <w:r w:rsidRPr="0092027F">
              <w:rPr>
                <w:rFonts w:ascii="Aptos" w:hAnsi="Aptos"/>
                <w:b/>
                <w:sz w:val="22"/>
                <w:lang w:val="en-GB"/>
              </w:rPr>
              <w:t>Work Telephone:</w:t>
            </w:r>
          </w:p>
        </w:tc>
        <w:tc>
          <w:tcPr>
            <w:tcW w:w="7353" w:type="dxa"/>
            <w:gridSpan w:val="3"/>
            <w:tcBorders>
              <w:left w:val="single" w:sz="4" w:space="0" w:color="auto"/>
            </w:tcBorders>
            <w:vAlign w:val="center"/>
          </w:tcPr>
          <w:p w14:paraId="3CBD7D71" w14:textId="77777777" w:rsidR="00273B44" w:rsidRPr="0092027F" w:rsidRDefault="00273B44" w:rsidP="00F5749A">
            <w:pPr>
              <w:spacing w:after="0" w:line="240" w:lineRule="auto"/>
              <w:rPr>
                <w:rFonts w:ascii="Aptos" w:hAnsi="Aptos"/>
                <w:bCs/>
                <w:sz w:val="20"/>
                <w:szCs w:val="20"/>
                <w:lang w:val="en-GB"/>
              </w:rPr>
            </w:pPr>
          </w:p>
        </w:tc>
      </w:tr>
      <w:tr w:rsidR="000E288D" w:rsidRPr="0092027F" w14:paraId="6F3E1B60"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EB7CD1" w14:textId="0840903F" w:rsidR="000E288D" w:rsidRPr="0092027F" w:rsidRDefault="000E288D" w:rsidP="00F5749A">
            <w:pPr>
              <w:spacing w:after="0" w:line="240" w:lineRule="auto"/>
              <w:rPr>
                <w:rFonts w:ascii="Aptos" w:hAnsi="Aptos"/>
                <w:b/>
                <w:sz w:val="22"/>
                <w:lang w:val="en-GB"/>
              </w:rPr>
            </w:pPr>
            <w:r w:rsidRPr="0092027F">
              <w:rPr>
                <w:rFonts w:ascii="Aptos" w:hAnsi="Aptos"/>
                <w:b/>
                <w:sz w:val="22"/>
                <w:lang w:val="en-GB"/>
              </w:rPr>
              <w:t>Work Relationship/ Capacity Known</w:t>
            </w:r>
          </w:p>
        </w:tc>
        <w:tc>
          <w:tcPr>
            <w:tcW w:w="7353" w:type="dxa"/>
            <w:gridSpan w:val="3"/>
            <w:tcBorders>
              <w:left w:val="single" w:sz="4" w:space="0" w:color="auto"/>
            </w:tcBorders>
            <w:vAlign w:val="center"/>
          </w:tcPr>
          <w:p w14:paraId="2C2053DD" w14:textId="77777777" w:rsidR="000E288D" w:rsidRPr="0092027F" w:rsidRDefault="000E288D" w:rsidP="00F5749A">
            <w:pPr>
              <w:spacing w:after="0" w:line="240" w:lineRule="auto"/>
              <w:rPr>
                <w:rFonts w:ascii="Aptos" w:hAnsi="Aptos"/>
                <w:bCs/>
                <w:sz w:val="20"/>
                <w:szCs w:val="20"/>
                <w:lang w:val="en-GB"/>
              </w:rPr>
            </w:pPr>
          </w:p>
        </w:tc>
      </w:tr>
      <w:tr w:rsidR="00BF5DDD" w:rsidRPr="0092027F" w14:paraId="782DA03B" w14:textId="77777777" w:rsidTr="005E7807">
        <w:trPr>
          <w:trHeight w:val="567"/>
        </w:trPr>
        <w:tc>
          <w:tcPr>
            <w:tcW w:w="9864" w:type="dxa"/>
            <w:gridSpan w:val="5"/>
            <w:tcBorders>
              <w:top w:val="single" w:sz="4" w:space="0" w:color="auto"/>
              <w:left w:val="single" w:sz="4" w:space="0" w:color="auto"/>
              <w:bottom w:val="single" w:sz="4" w:space="0" w:color="auto"/>
            </w:tcBorders>
            <w:shd w:val="clear" w:color="auto" w:fill="F2F2F2" w:themeFill="background1" w:themeFillShade="F2"/>
            <w:vAlign w:val="center"/>
          </w:tcPr>
          <w:p w14:paraId="09395990" w14:textId="04970A77" w:rsidR="00BF5DDD" w:rsidRPr="0092027F" w:rsidRDefault="00BF5DDD" w:rsidP="00F5749A">
            <w:pPr>
              <w:spacing w:after="0"/>
              <w:rPr>
                <w:rFonts w:ascii="Aptos" w:hAnsi="Aptos"/>
                <w:b/>
                <w:bCs/>
                <w:sz w:val="22"/>
                <w:lang w:val="en-GB"/>
              </w:rPr>
            </w:pPr>
            <w:r w:rsidRPr="0092027F">
              <w:rPr>
                <w:rFonts w:ascii="Aptos" w:hAnsi="Aptos"/>
                <w:b/>
                <w:bCs/>
                <w:sz w:val="22"/>
                <w:lang w:val="en-GB"/>
              </w:rPr>
              <w:t>May we contact this referee before interview?</w:t>
            </w:r>
          </w:p>
        </w:tc>
      </w:tr>
      <w:tr w:rsidR="00BF5DDD" w:rsidRPr="0092027F" w14:paraId="7C6679B5" w14:textId="77777777" w:rsidTr="005E7807">
        <w:trPr>
          <w:trHeight w:val="567"/>
        </w:trPr>
        <w:tc>
          <w:tcPr>
            <w:tcW w:w="561" w:type="dxa"/>
            <w:tcBorders>
              <w:top w:val="single" w:sz="4" w:space="0" w:color="auto"/>
              <w:left w:val="single" w:sz="4" w:space="0" w:color="auto"/>
              <w:bottom w:val="single" w:sz="4" w:space="0" w:color="auto"/>
            </w:tcBorders>
            <w:vAlign w:val="center"/>
          </w:tcPr>
          <w:p w14:paraId="0968FD1C" w14:textId="77777777" w:rsidR="00BF5DDD" w:rsidRPr="0092027F" w:rsidRDefault="00BF5DDD" w:rsidP="00F5749A">
            <w:pPr>
              <w:spacing w:after="0"/>
              <w:rPr>
                <w:rFonts w:ascii="Aptos" w:hAnsi="Aptos"/>
                <w:sz w:val="24"/>
                <w:szCs w:val="24"/>
                <w:lang w:val="en-GB"/>
              </w:rPr>
            </w:pPr>
            <w:r w:rsidRPr="0092027F">
              <w:rPr>
                <w:rFonts w:ascii="Aptos" w:hAnsi="Aptos"/>
                <w:sz w:val="24"/>
                <w:szCs w:val="24"/>
                <w:lang w:val="en-GB"/>
              </w:rPr>
              <w:fldChar w:fldCharType="begin">
                <w:ffData>
                  <w:name w:val="Check1"/>
                  <w:enabled/>
                  <w:calcOnExit w:val="0"/>
                  <w:checkBox>
                    <w:sizeAuto/>
                    <w:default w:val="0"/>
                  </w:checkBox>
                </w:ffData>
              </w:fldChar>
            </w:r>
            <w:r w:rsidRPr="0092027F">
              <w:rPr>
                <w:rFonts w:ascii="Aptos" w:hAnsi="Aptos"/>
                <w:sz w:val="24"/>
                <w:szCs w:val="24"/>
                <w:lang w:val="en-GB"/>
              </w:rPr>
              <w:instrText xml:space="preserve"> FORMCHECKBOX </w:instrText>
            </w:r>
            <w:r w:rsidRPr="0092027F">
              <w:rPr>
                <w:rFonts w:ascii="Aptos" w:hAnsi="Aptos"/>
                <w:sz w:val="24"/>
                <w:szCs w:val="24"/>
                <w:lang w:val="en-GB"/>
              </w:rPr>
            </w:r>
            <w:r w:rsidRPr="0092027F">
              <w:rPr>
                <w:rFonts w:ascii="Aptos" w:hAnsi="Aptos"/>
                <w:sz w:val="24"/>
                <w:szCs w:val="24"/>
                <w:lang w:val="en-GB"/>
              </w:rPr>
              <w:fldChar w:fldCharType="separate"/>
            </w:r>
            <w:r w:rsidRPr="0092027F">
              <w:rPr>
                <w:rFonts w:ascii="Aptos" w:hAnsi="Aptos"/>
                <w:sz w:val="24"/>
                <w:szCs w:val="24"/>
                <w:lang w:val="en-GB"/>
              </w:rPr>
              <w:fldChar w:fldCharType="end"/>
            </w:r>
          </w:p>
        </w:tc>
        <w:tc>
          <w:tcPr>
            <w:tcW w:w="4370" w:type="dxa"/>
            <w:gridSpan w:val="2"/>
            <w:tcBorders>
              <w:top w:val="single" w:sz="4" w:space="0" w:color="auto"/>
              <w:left w:val="single" w:sz="4" w:space="0" w:color="auto"/>
              <w:bottom w:val="single" w:sz="4" w:space="0" w:color="auto"/>
            </w:tcBorders>
            <w:vAlign w:val="center"/>
          </w:tcPr>
          <w:p w14:paraId="1BC2D073" w14:textId="77777777" w:rsidR="00BF5DDD" w:rsidRPr="0092027F" w:rsidRDefault="00BF5DDD" w:rsidP="00F5749A">
            <w:pPr>
              <w:spacing w:after="0"/>
              <w:rPr>
                <w:rFonts w:ascii="Aptos" w:hAnsi="Aptos"/>
                <w:sz w:val="22"/>
                <w:lang w:val="en-GB"/>
              </w:rPr>
            </w:pPr>
            <w:r w:rsidRPr="0092027F">
              <w:rPr>
                <w:rFonts w:ascii="Aptos" w:hAnsi="Aptos"/>
                <w:sz w:val="22"/>
                <w:lang w:val="en-GB"/>
              </w:rPr>
              <w:t>Yes</w:t>
            </w:r>
          </w:p>
        </w:tc>
        <w:tc>
          <w:tcPr>
            <w:tcW w:w="593" w:type="dxa"/>
            <w:tcBorders>
              <w:top w:val="single" w:sz="4" w:space="0" w:color="auto"/>
              <w:left w:val="single" w:sz="4" w:space="0" w:color="auto"/>
              <w:bottom w:val="single" w:sz="4" w:space="0" w:color="auto"/>
            </w:tcBorders>
            <w:vAlign w:val="center"/>
          </w:tcPr>
          <w:p w14:paraId="1BC384E0" w14:textId="77777777" w:rsidR="00BF5DDD" w:rsidRPr="0092027F" w:rsidRDefault="00BF5DDD" w:rsidP="00F5749A">
            <w:pPr>
              <w:spacing w:after="0"/>
              <w:rPr>
                <w:rFonts w:ascii="Aptos" w:hAnsi="Aptos"/>
                <w:sz w:val="22"/>
                <w:lang w:val="en-GB"/>
              </w:rPr>
            </w:pPr>
            <w:r w:rsidRPr="0092027F">
              <w:rPr>
                <w:rFonts w:ascii="Aptos" w:hAnsi="Aptos"/>
                <w:sz w:val="22"/>
                <w:lang w:val="en-GB"/>
              </w:rPr>
              <w:fldChar w:fldCharType="begin">
                <w:ffData>
                  <w:name w:val="Check2"/>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4340" w:type="dxa"/>
            <w:tcBorders>
              <w:top w:val="single" w:sz="4" w:space="0" w:color="auto"/>
              <w:left w:val="single" w:sz="4" w:space="0" w:color="auto"/>
              <w:bottom w:val="single" w:sz="4" w:space="0" w:color="auto"/>
            </w:tcBorders>
            <w:vAlign w:val="center"/>
          </w:tcPr>
          <w:p w14:paraId="36CD4896" w14:textId="77777777" w:rsidR="00BF5DDD" w:rsidRPr="0092027F" w:rsidRDefault="00BF5DDD" w:rsidP="00F5749A">
            <w:pPr>
              <w:spacing w:after="0"/>
              <w:rPr>
                <w:rFonts w:ascii="Aptos" w:hAnsi="Aptos"/>
                <w:sz w:val="22"/>
                <w:lang w:val="en-GB"/>
              </w:rPr>
            </w:pPr>
            <w:r w:rsidRPr="0092027F">
              <w:rPr>
                <w:rFonts w:ascii="Aptos" w:hAnsi="Aptos"/>
                <w:sz w:val="22"/>
                <w:lang w:val="en-GB"/>
              </w:rPr>
              <w:t>No</w:t>
            </w:r>
          </w:p>
        </w:tc>
      </w:tr>
    </w:tbl>
    <w:p w14:paraId="2B95FFDB" w14:textId="26C4946B" w:rsidR="00BA691C" w:rsidRPr="0092027F" w:rsidRDefault="00BA691C" w:rsidP="00DD0E23">
      <w:pPr>
        <w:pStyle w:val="Heading2"/>
        <w:spacing w:before="0" w:after="0"/>
        <w:rPr>
          <w:rFonts w:ascii="Aptos" w:hAnsi="Aptos"/>
          <w:sz w:val="24"/>
          <w:szCs w:val="24"/>
          <w:lang w:val="en-GB"/>
        </w:rPr>
      </w:pPr>
    </w:p>
    <w:tbl>
      <w:tblPr>
        <w:tblStyle w:val="TableGrid"/>
        <w:tblW w:w="9864" w:type="dxa"/>
        <w:tblLook w:val="04A0" w:firstRow="1" w:lastRow="0" w:firstColumn="1" w:lastColumn="0" w:noHBand="0" w:noVBand="1"/>
      </w:tblPr>
      <w:tblGrid>
        <w:gridCol w:w="561"/>
        <w:gridCol w:w="1950"/>
        <w:gridCol w:w="2420"/>
        <w:gridCol w:w="593"/>
        <w:gridCol w:w="4340"/>
      </w:tblGrid>
      <w:tr w:rsidR="00FB4067" w:rsidRPr="0092027F" w14:paraId="529BC476" w14:textId="77777777" w:rsidTr="00FB4067">
        <w:trPr>
          <w:trHeight w:val="510"/>
        </w:trPr>
        <w:tc>
          <w:tcPr>
            <w:tcW w:w="9864" w:type="dxa"/>
            <w:gridSpan w:val="5"/>
            <w:tcBorders>
              <w:top w:val="nil"/>
              <w:left w:val="nil"/>
              <w:bottom w:val="single" w:sz="4" w:space="0" w:color="auto"/>
              <w:right w:val="nil"/>
            </w:tcBorders>
            <w:vAlign w:val="center"/>
          </w:tcPr>
          <w:p w14:paraId="4AA26223" w14:textId="5E7EA50F" w:rsidR="00FB4067" w:rsidRPr="0092027F" w:rsidRDefault="00FB4067" w:rsidP="00F5749A">
            <w:pPr>
              <w:spacing w:after="0" w:line="240" w:lineRule="auto"/>
              <w:rPr>
                <w:rFonts w:ascii="Aptos" w:hAnsi="Aptos"/>
                <w:b/>
                <w:bCs/>
                <w:sz w:val="20"/>
                <w:szCs w:val="20"/>
                <w:lang w:val="en-GB"/>
              </w:rPr>
            </w:pPr>
            <w:r w:rsidRPr="0092027F">
              <w:rPr>
                <w:rFonts w:ascii="Aptos" w:hAnsi="Aptos"/>
                <w:b/>
                <w:bCs/>
                <w:sz w:val="24"/>
                <w:szCs w:val="24"/>
                <w:lang w:val="en-GB"/>
              </w:rPr>
              <w:t>Referee 2</w:t>
            </w:r>
          </w:p>
        </w:tc>
      </w:tr>
      <w:tr w:rsidR="009C6F3C" w:rsidRPr="0092027F" w14:paraId="4EECA90A"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ACFC11"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Name:</w:t>
            </w:r>
          </w:p>
        </w:tc>
        <w:tc>
          <w:tcPr>
            <w:tcW w:w="7353" w:type="dxa"/>
            <w:gridSpan w:val="3"/>
            <w:tcBorders>
              <w:top w:val="single" w:sz="4" w:space="0" w:color="auto"/>
              <w:left w:val="single" w:sz="4" w:space="0" w:color="auto"/>
            </w:tcBorders>
            <w:vAlign w:val="center"/>
          </w:tcPr>
          <w:p w14:paraId="554EE67A"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2EE5F124"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1DD2DA"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Organisation:</w:t>
            </w:r>
          </w:p>
        </w:tc>
        <w:tc>
          <w:tcPr>
            <w:tcW w:w="7353" w:type="dxa"/>
            <w:gridSpan w:val="3"/>
            <w:tcBorders>
              <w:left w:val="single" w:sz="4" w:space="0" w:color="auto"/>
            </w:tcBorders>
            <w:vAlign w:val="center"/>
          </w:tcPr>
          <w:p w14:paraId="5B2ED673"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34AB3D94"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60B31E"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Job Title:</w:t>
            </w:r>
          </w:p>
        </w:tc>
        <w:tc>
          <w:tcPr>
            <w:tcW w:w="7353" w:type="dxa"/>
            <w:gridSpan w:val="3"/>
            <w:tcBorders>
              <w:left w:val="single" w:sz="4" w:space="0" w:color="auto"/>
            </w:tcBorders>
            <w:vAlign w:val="center"/>
          </w:tcPr>
          <w:p w14:paraId="06C452DB"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433ACF88"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661C13"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Work Address:</w:t>
            </w:r>
          </w:p>
        </w:tc>
        <w:tc>
          <w:tcPr>
            <w:tcW w:w="7353" w:type="dxa"/>
            <w:gridSpan w:val="3"/>
            <w:tcBorders>
              <w:left w:val="single" w:sz="4" w:space="0" w:color="auto"/>
            </w:tcBorders>
            <w:vAlign w:val="center"/>
          </w:tcPr>
          <w:p w14:paraId="704FDF6A"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24D59607"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386F25"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Work Email:</w:t>
            </w:r>
          </w:p>
        </w:tc>
        <w:tc>
          <w:tcPr>
            <w:tcW w:w="7353" w:type="dxa"/>
            <w:gridSpan w:val="3"/>
            <w:tcBorders>
              <w:left w:val="single" w:sz="4" w:space="0" w:color="auto"/>
            </w:tcBorders>
            <w:vAlign w:val="center"/>
          </w:tcPr>
          <w:p w14:paraId="0A0CB703"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6F2D6C34"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E95D44"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Work Telephone:</w:t>
            </w:r>
          </w:p>
        </w:tc>
        <w:tc>
          <w:tcPr>
            <w:tcW w:w="7353" w:type="dxa"/>
            <w:gridSpan w:val="3"/>
            <w:tcBorders>
              <w:left w:val="single" w:sz="4" w:space="0" w:color="auto"/>
            </w:tcBorders>
            <w:vAlign w:val="center"/>
          </w:tcPr>
          <w:p w14:paraId="03ABC190"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49D1E77D" w14:textId="77777777" w:rsidTr="005E7807">
        <w:trPr>
          <w:trHeight w:val="567"/>
        </w:trPr>
        <w:tc>
          <w:tcPr>
            <w:tcW w:w="25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9CFE40" w14:textId="77777777" w:rsidR="009C6F3C" w:rsidRPr="0092027F" w:rsidRDefault="009C6F3C" w:rsidP="00F5749A">
            <w:pPr>
              <w:spacing w:after="0" w:line="240" w:lineRule="auto"/>
              <w:rPr>
                <w:rFonts w:ascii="Aptos" w:hAnsi="Aptos"/>
                <w:b/>
                <w:sz w:val="22"/>
                <w:lang w:val="en-GB"/>
              </w:rPr>
            </w:pPr>
            <w:r w:rsidRPr="0092027F">
              <w:rPr>
                <w:rFonts w:ascii="Aptos" w:hAnsi="Aptos"/>
                <w:b/>
                <w:sz w:val="22"/>
                <w:lang w:val="en-GB"/>
              </w:rPr>
              <w:t>Work Relationship/ Capacity Known</w:t>
            </w:r>
          </w:p>
        </w:tc>
        <w:tc>
          <w:tcPr>
            <w:tcW w:w="7353" w:type="dxa"/>
            <w:gridSpan w:val="3"/>
            <w:tcBorders>
              <w:left w:val="single" w:sz="4" w:space="0" w:color="auto"/>
            </w:tcBorders>
            <w:vAlign w:val="center"/>
          </w:tcPr>
          <w:p w14:paraId="6DD2C4B9" w14:textId="77777777" w:rsidR="009C6F3C" w:rsidRPr="0092027F" w:rsidRDefault="009C6F3C" w:rsidP="00F5749A">
            <w:pPr>
              <w:spacing w:after="0" w:line="240" w:lineRule="auto"/>
              <w:rPr>
                <w:rFonts w:ascii="Aptos" w:hAnsi="Aptos"/>
                <w:bCs/>
                <w:sz w:val="20"/>
                <w:szCs w:val="20"/>
                <w:lang w:val="en-GB"/>
              </w:rPr>
            </w:pPr>
          </w:p>
        </w:tc>
      </w:tr>
      <w:tr w:rsidR="009C6F3C" w:rsidRPr="0092027F" w14:paraId="15D7BF79" w14:textId="77777777" w:rsidTr="005E7807">
        <w:trPr>
          <w:trHeight w:val="567"/>
        </w:trPr>
        <w:tc>
          <w:tcPr>
            <w:tcW w:w="9864" w:type="dxa"/>
            <w:gridSpan w:val="5"/>
            <w:tcBorders>
              <w:top w:val="single" w:sz="4" w:space="0" w:color="auto"/>
              <w:left w:val="single" w:sz="4" w:space="0" w:color="auto"/>
              <w:bottom w:val="single" w:sz="4" w:space="0" w:color="auto"/>
            </w:tcBorders>
            <w:shd w:val="clear" w:color="auto" w:fill="F2F2F2" w:themeFill="background1" w:themeFillShade="F2"/>
            <w:vAlign w:val="center"/>
          </w:tcPr>
          <w:p w14:paraId="7DC1FB6F" w14:textId="77777777" w:rsidR="009C6F3C" w:rsidRPr="0092027F" w:rsidRDefault="009C6F3C" w:rsidP="00F5749A">
            <w:pPr>
              <w:spacing w:after="0"/>
              <w:rPr>
                <w:rFonts w:ascii="Aptos" w:hAnsi="Aptos"/>
                <w:b/>
                <w:bCs/>
                <w:sz w:val="22"/>
                <w:lang w:val="en-GB"/>
              </w:rPr>
            </w:pPr>
            <w:r w:rsidRPr="0092027F">
              <w:rPr>
                <w:rFonts w:ascii="Aptos" w:hAnsi="Aptos"/>
                <w:b/>
                <w:bCs/>
                <w:sz w:val="22"/>
                <w:lang w:val="en-GB"/>
              </w:rPr>
              <w:t>May we contact this referee before interview?</w:t>
            </w:r>
          </w:p>
        </w:tc>
      </w:tr>
      <w:tr w:rsidR="009C6F3C" w:rsidRPr="0092027F" w14:paraId="1C87F668" w14:textId="77777777" w:rsidTr="005E7807">
        <w:trPr>
          <w:trHeight w:val="567"/>
        </w:trPr>
        <w:tc>
          <w:tcPr>
            <w:tcW w:w="561" w:type="dxa"/>
            <w:tcBorders>
              <w:top w:val="single" w:sz="4" w:space="0" w:color="auto"/>
              <w:left w:val="single" w:sz="4" w:space="0" w:color="auto"/>
              <w:bottom w:val="single" w:sz="4" w:space="0" w:color="auto"/>
            </w:tcBorders>
            <w:vAlign w:val="center"/>
          </w:tcPr>
          <w:p w14:paraId="10D938E3" w14:textId="77777777" w:rsidR="009C6F3C" w:rsidRPr="0092027F" w:rsidRDefault="009C6F3C" w:rsidP="00F5749A">
            <w:pPr>
              <w:spacing w:after="0"/>
              <w:rPr>
                <w:rFonts w:ascii="Aptos" w:hAnsi="Aptos"/>
                <w:sz w:val="22"/>
                <w:lang w:val="en-GB"/>
              </w:rPr>
            </w:pPr>
            <w:r w:rsidRPr="0092027F">
              <w:rPr>
                <w:rFonts w:ascii="Aptos" w:hAnsi="Aptos"/>
                <w:sz w:val="22"/>
                <w:lang w:val="en-GB"/>
              </w:rPr>
              <w:fldChar w:fldCharType="begin">
                <w:ffData>
                  <w:name w:val="Check1"/>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4370" w:type="dxa"/>
            <w:gridSpan w:val="2"/>
            <w:tcBorders>
              <w:top w:val="single" w:sz="4" w:space="0" w:color="auto"/>
              <w:left w:val="single" w:sz="4" w:space="0" w:color="auto"/>
              <w:bottom w:val="single" w:sz="4" w:space="0" w:color="auto"/>
            </w:tcBorders>
            <w:vAlign w:val="center"/>
          </w:tcPr>
          <w:p w14:paraId="78680B38" w14:textId="77777777" w:rsidR="009C6F3C" w:rsidRPr="0092027F" w:rsidRDefault="009C6F3C" w:rsidP="00F5749A">
            <w:pPr>
              <w:spacing w:after="0"/>
              <w:rPr>
                <w:rFonts w:ascii="Aptos" w:hAnsi="Aptos"/>
                <w:sz w:val="22"/>
                <w:lang w:val="en-GB"/>
              </w:rPr>
            </w:pPr>
            <w:r w:rsidRPr="0092027F">
              <w:rPr>
                <w:rFonts w:ascii="Aptos" w:hAnsi="Aptos"/>
                <w:sz w:val="22"/>
                <w:lang w:val="en-GB"/>
              </w:rPr>
              <w:t>Yes</w:t>
            </w:r>
          </w:p>
        </w:tc>
        <w:tc>
          <w:tcPr>
            <w:tcW w:w="593" w:type="dxa"/>
            <w:tcBorders>
              <w:top w:val="single" w:sz="4" w:space="0" w:color="auto"/>
              <w:left w:val="single" w:sz="4" w:space="0" w:color="auto"/>
              <w:bottom w:val="single" w:sz="4" w:space="0" w:color="auto"/>
            </w:tcBorders>
            <w:vAlign w:val="center"/>
          </w:tcPr>
          <w:p w14:paraId="4A834A5F" w14:textId="77777777" w:rsidR="009C6F3C" w:rsidRPr="0092027F" w:rsidRDefault="009C6F3C" w:rsidP="00F5749A">
            <w:pPr>
              <w:spacing w:after="0"/>
              <w:rPr>
                <w:rFonts w:ascii="Aptos" w:hAnsi="Aptos"/>
                <w:sz w:val="22"/>
                <w:lang w:val="en-GB"/>
              </w:rPr>
            </w:pPr>
            <w:r w:rsidRPr="0092027F">
              <w:rPr>
                <w:rFonts w:ascii="Aptos" w:hAnsi="Aptos"/>
                <w:sz w:val="22"/>
                <w:lang w:val="en-GB"/>
              </w:rPr>
              <w:fldChar w:fldCharType="begin">
                <w:ffData>
                  <w:name w:val="Check2"/>
                  <w:enabled/>
                  <w:calcOnExit w:val="0"/>
                  <w:checkBox>
                    <w:sizeAuto/>
                    <w:default w:val="0"/>
                  </w:checkBox>
                </w:ffData>
              </w:fldChar>
            </w:r>
            <w:r w:rsidRPr="0092027F">
              <w:rPr>
                <w:rFonts w:ascii="Aptos" w:hAnsi="Aptos"/>
                <w:sz w:val="22"/>
                <w:lang w:val="en-GB"/>
              </w:rPr>
              <w:instrText xml:space="preserve"> FORMCHECKBOX </w:instrText>
            </w:r>
            <w:r w:rsidRPr="0092027F">
              <w:rPr>
                <w:rFonts w:ascii="Aptos" w:hAnsi="Aptos"/>
                <w:sz w:val="22"/>
                <w:lang w:val="en-GB"/>
              </w:rPr>
            </w:r>
            <w:r w:rsidRPr="0092027F">
              <w:rPr>
                <w:rFonts w:ascii="Aptos" w:hAnsi="Aptos"/>
                <w:sz w:val="22"/>
                <w:lang w:val="en-GB"/>
              </w:rPr>
              <w:fldChar w:fldCharType="separate"/>
            </w:r>
            <w:r w:rsidRPr="0092027F">
              <w:rPr>
                <w:rFonts w:ascii="Aptos" w:hAnsi="Aptos"/>
                <w:sz w:val="22"/>
                <w:lang w:val="en-GB"/>
              </w:rPr>
              <w:fldChar w:fldCharType="end"/>
            </w:r>
          </w:p>
        </w:tc>
        <w:tc>
          <w:tcPr>
            <w:tcW w:w="4340" w:type="dxa"/>
            <w:tcBorders>
              <w:top w:val="single" w:sz="4" w:space="0" w:color="auto"/>
              <w:left w:val="single" w:sz="4" w:space="0" w:color="auto"/>
              <w:bottom w:val="single" w:sz="4" w:space="0" w:color="auto"/>
            </w:tcBorders>
            <w:vAlign w:val="center"/>
          </w:tcPr>
          <w:p w14:paraId="29C8EF10" w14:textId="77777777" w:rsidR="009C6F3C" w:rsidRPr="0092027F" w:rsidRDefault="009C6F3C" w:rsidP="00F5749A">
            <w:pPr>
              <w:spacing w:after="0"/>
              <w:rPr>
                <w:rFonts w:ascii="Aptos" w:hAnsi="Aptos"/>
                <w:sz w:val="22"/>
                <w:lang w:val="en-GB"/>
              </w:rPr>
            </w:pPr>
            <w:r w:rsidRPr="0092027F">
              <w:rPr>
                <w:rFonts w:ascii="Aptos" w:hAnsi="Aptos"/>
                <w:sz w:val="22"/>
                <w:lang w:val="en-GB"/>
              </w:rPr>
              <w:t>No</w:t>
            </w:r>
          </w:p>
        </w:tc>
      </w:tr>
    </w:tbl>
    <w:p w14:paraId="5DE0B6E0" w14:textId="77777777" w:rsidR="00224321" w:rsidRDefault="00224321" w:rsidP="00983F23">
      <w:pPr>
        <w:pStyle w:val="Heading1"/>
        <w:rPr>
          <w:rFonts w:ascii="Aptos" w:hAnsi="Aptos"/>
          <w:sz w:val="24"/>
          <w:szCs w:val="24"/>
          <w:lang w:val="en-GB"/>
        </w:rPr>
      </w:pPr>
    </w:p>
    <w:p w14:paraId="46EE1A24" w14:textId="77777777" w:rsidR="00224321" w:rsidRPr="00224321" w:rsidRDefault="00224321" w:rsidP="00224321">
      <w:pPr>
        <w:rPr>
          <w:lang w:val="en-GB"/>
        </w:rPr>
      </w:pPr>
    </w:p>
    <w:p w14:paraId="560EB5FC" w14:textId="77777777" w:rsidR="00C056F2" w:rsidRDefault="00C056F2" w:rsidP="00983F23">
      <w:pPr>
        <w:pStyle w:val="Heading1"/>
        <w:rPr>
          <w:rFonts w:ascii="Aptos" w:hAnsi="Aptos"/>
          <w:sz w:val="24"/>
          <w:szCs w:val="24"/>
          <w:lang w:val="en-GB"/>
        </w:rPr>
      </w:pPr>
    </w:p>
    <w:p w14:paraId="3D9A23B4" w14:textId="513E173F" w:rsidR="00604C58" w:rsidRPr="0092027F" w:rsidRDefault="00604C58" w:rsidP="00983F23">
      <w:pPr>
        <w:pStyle w:val="Heading1"/>
        <w:rPr>
          <w:rFonts w:ascii="Aptos" w:hAnsi="Aptos"/>
          <w:sz w:val="24"/>
          <w:szCs w:val="24"/>
          <w:lang w:val="en-GB"/>
        </w:rPr>
      </w:pPr>
      <w:r w:rsidRPr="0092027F">
        <w:rPr>
          <w:rFonts w:ascii="Aptos" w:hAnsi="Aptos"/>
          <w:sz w:val="24"/>
          <w:szCs w:val="24"/>
          <w:lang w:val="en-GB"/>
        </w:rPr>
        <w:t>Person Specification</w:t>
      </w:r>
    </w:p>
    <w:tbl>
      <w:tblPr>
        <w:tblStyle w:val="TableGrid"/>
        <w:tblW w:w="0" w:type="auto"/>
        <w:tblLook w:val="04A0" w:firstRow="1" w:lastRow="0" w:firstColumn="1" w:lastColumn="0" w:noHBand="0" w:noVBand="1"/>
      </w:tblPr>
      <w:tblGrid>
        <w:gridCol w:w="9856"/>
      </w:tblGrid>
      <w:tr w:rsidR="00604C58" w:rsidRPr="0092027F" w14:paraId="2068EA11" w14:textId="77777777" w:rsidTr="00F5749A">
        <w:tc>
          <w:tcPr>
            <w:tcW w:w="9856" w:type="dxa"/>
            <w:shd w:val="clear" w:color="auto" w:fill="F2F2F2" w:themeFill="background1" w:themeFillShade="F2"/>
          </w:tcPr>
          <w:p w14:paraId="5D587B3E" w14:textId="77777777" w:rsidR="00604C58" w:rsidRPr="0092027F" w:rsidRDefault="00604C58" w:rsidP="00F5749A">
            <w:pPr>
              <w:rPr>
                <w:rFonts w:ascii="Aptos" w:hAnsi="Aptos"/>
                <w:b/>
                <w:bCs/>
                <w:sz w:val="24"/>
                <w:szCs w:val="24"/>
                <w:lang w:val="en-GB"/>
              </w:rPr>
            </w:pPr>
            <w:r w:rsidRPr="0092027F">
              <w:rPr>
                <w:rFonts w:ascii="Aptos" w:hAnsi="Aptos"/>
                <w:b/>
                <w:bCs/>
                <w:sz w:val="24"/>
                <w:szCs w:val="24"/>
                <w:lang w:val="en-GB"/>
              </w:rPr>
              <w:t xml:space="preserve">Suitability for the role </w:t>
            </w:r>
          </w:p>
          <w:p w14:paraId="267CE4F9" w14:textId="24E942D5" w:rsidR="00604C58" w:rsidRPr="0092027F" w:rsidRDefault="00432AD3" w:rsidP="00432AD3">
            <w:pPr>
              <w:jc w:val="both"/>
              <w:rPr>
                <w:rFonts w:ascii="Aptos" w:hAnsi="Aptos"/>
                <w:sz w:val="22"/>
                <w:lang w:val="en-GB"/>
              </w:rPr>
            </w:pPr>
            <w:r w:rsidRPr="00432AD3">
              <w:rPr>
                <w:rFonts w:ascii="Aptos" w:hAnsi="Aptos"/>
                <w:sz w:val="22"/>
                <w:lang w:val="en-GB"/>
              </w:rPr>
              <w:t>Using the job description and person specification, explain why you are suitable for the role. Give relevant examples of your skills, experience and values, including your approach to safeguarding and promoting the welfare of children and young people.</w:t>
            </w:r>
            <w:r>
              <w:rPr>
                <w:rFonts w:ascii="Aptos" w:hAnsi="Aptos"/>
                <w:sz w:val="22"/>
                <w:lang w:val="en-GB"/>
              </w:rPr>
              <w:t xml:space="preserve"> </w:t>
            </w:r>
            <w:r w:rsidRPr="00432AD3">
              <w:rPr>
                <w:rFonts w:ascii="Aptos" w:hAnsi="Aptos"/>
                <w:sz w:val="22"/>
                <w:lang w:val="en-GB"/>
              </w:rPr>
              <w:t>You may also wish to include examples of professional boundaries, responding to concerns, working effectively with colleagues and learning from feedback.</w:t>
            </w:r>
            <w:r>
              <w:rPr>
                <w:rFonts w:ascii="Aptos" w:hAnsi="Aptos"/>
                <w:sz w:val="22"/>
                <w:lang w:val="en-GB"/>
              </w:rPr>
              <w:t xml:space="preserve"> </w:t>
            </w:r>
            <w:r w:rsidRPr="00432AD3">
              <w:rPr>
                <w:rFonts w:ascii="Aptos" w:hAnsi="Aptos"/>
                <w:sz w:val="22"/>
                <w:lang w:val="en-GB"/>
              </w:rPr>
              <w:t>Do not identify individual children or include confidential information.</w:t>
            </w:r>
          </w:p>
        </w:tc>
      </w:tr>
      <w:tr w:rsidR="00604C58" w:rsidRPr="0092027F" w14:paraId="3472A411" w14:textId="77777777" w:rsidTr="00375E41">
        <w:trPr>
          <w:trHeight w:val="6803"/>
        </w:trPr>
        <w:tc>
          <w:tcPr>
            <w:tcW w:w="9856" w:type="dxa"/>
          </w:tcPr>
          <w:p w14:paraId="73E85E32" w14:textId="77777777" w:rsidR="00604C58" w:rsidRPr="0092027F" w:rsidRDefault="00604C58" w:rsidP="00F5749A">
            <w:pPr>
              <w:rPr>
                <w:lang w:val="en-GB"/>
              </w:rPr>
            </w:pPr>
          </w:p>
        </w:tc>
      </w:tr>
      <w:tr w:rsidR="00604C58" w:rsidRPr="0092027F" w14:paraId="2F630A84" w14:textId="77777777" w:rsidTr="00F5749A">
        <w:tc>
          <w:tcPr>
            <w:tcW w:w="9856" w:type="dxa"/>
            <w:shd w:val="clear" w:color="auto" w:fill="F2F2F2" w:themeFill="background1" w:themeFillShade="F2"/>
          </w:tcPr>
          <w:p w14:paraId="2D0CFC6A" w14:textId="029BC3D8" w:rsidR="00604C58" w:rsidRPr="0092027F" w:rsidRDefault="00604C58" w:rsidP="00F5749A">
            <w:pPr>
              <w:pStyle w:val="Heading2"/>
              <w:rPr>
                <w:rFonts w:ascii="Aptos" w:hAnsi="Aptos"/>
                <w:sz w:val="24"/>
                <w:szCs w:val="24"/>
                <w:lang w:val="en-GB"/>
              </w:rPr>
            </w:pPr>
            <w:r w:rsidRPr="0092027F">
              <w:rPr>
                <w:rFonts w:ascii="Aptos" w:hAnsi="Aptos"/>
                <w:sz w:val="24"/>
                <w:szCs w:val="24"/>
                <w:lang w:val="en-GB"/>
              </w:rPr>
              <w:t>Interests and other relevant experience</w:t>
            </w:r>
          </w:p>
          <w:p w14:paraId="663C38FC" w14:textId="77777777" w:rsidR="00604C58" w:rsidRPr="0092027F" w:rsidRDefault="00604C58" w:rsidP="00F5749A">
            <w:pPr>
              <w:rPr>
                <w:rFonts w:ascii="Aptos" w:hAnsi="Aptos"/>
                <w:sz w:val="24"/>
                <w:szCs w:val="24"/>
                <w:lang w:val="en-GB"/>
              </w:rPr>
            </w:pPr>
            <w:r w:rsidRPr="0092027F">
              <w:rPr>
                <w:rFonts w:ascii="Aptos" w:hAnsi="Aptos"/>
                <w:sz w:val="22"/>
                <w:lang w:val="en-GB"/>
              </w:rPr>
              <w:t>You may include interests, achievements or community activities that you would like us to consider.</w:t>
            </w:r>
          </w:p>
        </w:tc>
      </w:tr>
      <w:tr w:rsidR="00604C58" w:rsidRPr="0092027F" w14:paraId="171EF3C6" w14:textId="77777777" w:rsidTr="00375E41">
        <w:trPr>
          <w:trHeight w:val="3402"/>
        </w:trPr>
        <w:tc>
          <w:tcPr>
            <w:tcW w:w="9856" w:type="dxa"/>
          </w:tcPr>
          <w:p w14:paraId="0597442C" w14:textId="77777777" w:rsidR="00604C58" w:rsidRPr="0092027F" w:rsidRDefault="00604C58" w:rsidP="00F5749A">
            <w:pPr>
              <w:rPr>
                <w:lang w:val="en-GB"/>
              </w:rPr>
            </w:pPr>
          </w:p>
        </w:tc>
      </w:tr>
    </w:tbl>
    <w:p w14:paraId="13518688" w14:textId="77777777" w:rsidR="00B7586B" w:rsidRDefault="00B7586B" w:rsidP="009F1E3C">
      <w:pPr>
        <w:pStyle w:val="Heading3"/>
        <w:rPr>
          <w:rFonts w:ascii="Aptos" w:hAnsi="Aptos"/>
          <w:sz w:val="24"/>
          <w:szCs w:val="24"/>
          <w:lang w:val="en-GB"/>
        </w:rPr>
      </w:pPr>
    </w:p>
    <w:p w14:paraId="64E2F2CE" w14:textId="77777777" w:rsidR="00621A65" w:rsidRPr="006372AF" w:rsidRDefault="00621A65" w:rsidP="00621A65">
      <w:pPr>
        <w:rPr>
          <w:rFonts w:ascii="Aptos" w:hAnsi="Aptos"/>
          <w:b/>
          <w:bCs/>
          <w:sz w:val="24"/>
          <w:szCs w:val="24"/>
          <w:lang w:val="en-GB"/>
        </w:rPr>
      </w:pPr>
      <w:r w:rsidRPr="006372AF">
        <w:rPr>
          <w:rFonts w:ascii="Aptos" w:hAnsi="Aptos"/>
          <w:b/>
          <w:bCs/>
          <w:sz w:val="24"/>
          <w:szCs w:val="24"/>
          <w:lang w:val="en-GB"/>
        </w:rPr>
        <w:lastRenderedPageBreak/>
        <w:t>Reasonable Adjustments</w:t>
      </w:r>
    </w:p>
    <w:p w14:paraId="7189C3F1" w14:textId="77777777" w:rsidR="00621A65" w:rsidRPr="006372AF" w:rsidRDefault="00621A65" w:rsidP="00621A65">
      <w:pPr>
        <w:rPr>
          <w:rFonts w:ascii="Aptos" w:hAnsi="Aptos"/>
          <w:sz w:val="22"/>
          <w:lang w:val="en-GB"/>
        </w:rPr>
      </w:pPr>
      <w:r w:rsidRPr="006372AF">
        <w:rPr>
          <w:rFonts w:ascii="Aptos" w:hAnsi="Aptos"/>
          <w:sz w:val="22"/>
          <w:lang w:val="en-GB"/>
        </w:rPr>
        <w:t>Soteria Children’s Services Group Limited is committed to providing an accessible and fair recruitment process.</w:t>
      </w:r>
    </w:p>
    <w:p w14:paraId="4D2EDF19" w14:textId="77777777" w:rsidR="00621A65" w:rsidRPr="006372AF" w:rsidRDefault="00621A65" w:rsidP="00621A65">
      <w:pPr>
        <w:rPr>
          <w:rFonts w:ascii="Aptos" w:hAnsi="Aptos"/>
          <w:sz w:val="22"/>
          <w:lang w:val="en-GB"/>
        </w:rPr>
      </w:pPr>
      <w:r w:rsidRPr="006372AF">
        <w:rPr>
          <w:rFonts w:ascii="Aptos" w:hAnsi="Aptos"/>
          <w:b/>
          <w:bCs/>
          <w:sz w:val="22"/>
          <w:lang w:val="en-GB"/>
        </w:rPr>
        <w:t>Do you require any reasonable adjustments or additional support to enable you to participate fully in the recruitment or interview process?</w:t>
      </w:r>
    </w:p>
    <w:tbl>
      <w:tblPr>
        <w:tblStyle w:val="TableGrid"/>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4370"/>
        <w:gridCol w:w="593"/>
        <w:gridCol w:w="4340"/>
      </w:tblGrid>
      <w:tr w:rsidR="00BA2FC3" w:rsidRPr="00083C2D" w14:paraId="60E55A10" w14:textId="77777777" w:rsidTr="00BA2FC3">
        <w:trPr>
          <w:trHeight w:val="850"/>
        </w:trPr>
        <w:tc>
          <w:tcPr>
            <w:tcW w:w="561" w:type="dxa"/>
            <w:vAlign w:val="center"/>
          </w:tcPr>
          <w:p w14:paraId="5E76CAB0" w14:textId="77777777" w:rsidR="00BA2FC3" w:rsidRPr="00083C2D" w:rsidRDefault="00BA2FC3" w:rsidP="00F5749A">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vAlign w:val="center"/>
          </w:tcPr>
          <w:p w14:paraId="0E4AA5F8" w14:textId="77777777" w:rsidR="00BA2FC3" w:rsidRPr="00083C2D" w:rsidRDefault="00BA2FC3" w:rsidP="00F5749A">
            <w:pPr>
              <w:spacing w:after="0"/>
              <w:rPr>
                <w:rFonts w:ascii="Aptos" w:hAnsi="Aptos"/>
                <w:sz w:val="22"/>
                <w:lang w:val="en-GB"/>
              </w:rPr>
            </w:pPr>
            <w:r w:rsidRPr="00083C2D">
              <w:rPr>
                <w:rFonts w:ascii="Aptos" w:hAnsi="Aptos"/>
                <w:sz w:val="22"/>
                <w:lang w:val="en-GB"/>
              </w:rPr>
              <w:t>Yes</w:t>
            </w:r>
          </w:p>
        </w:tc>
        <w:tc>
          <w:tcPr>
            <w:tcW w:w="593" w:type="dxa"/>
            <w:vAlign w:val="center"/>
          </w:tcPr>
          <w:p w14:paraId="60CDE160" w14:textId="77777777" w:rsidR="00BA2FC3" w:rsidRPr="00083C2D" w:rsidRDefault="00BA2FC3" w:rsidP="00F5749A">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vAlign w:val="center"/>
          </w:tcPr>
          <w:p w14:paraId="554C0840" w14:textId="77777777" w:rsidR="00BA2FC3" w:rsidRPr="00083C2D" w:rsidRDefault="00BA2FC3" w:rsidP="00F5749A">
            <w:pPr>
              <w:spacing w:after="0"/>
              <w:rPr>
                <w:rFonts w:ascii="Aptos" w:hAnsi="Aptos"/>
                <w:sz w:val="22"/>
                <w:lang w:val="en-GB"/>
              </w:rPr>
            </w:pPr>
            <w:r w:rsidRPr="00083C2D">
              <w:rPr>
                <w:rFonts w:ascii="Aptos" w:hAnsi="Aptos"/>
                <w:sz w:val="22"/>
                <w:lang w:val="en-GB"/>
              </w:rPr>
              <w:t>No</w:t>
            </w:r>
          </w:p>
        </w:tc>
      </w:tr>
    </w:tbl>
    <w:p w14:paraId="7DE6AB01" w14:textId="77777777" w:rsidR="00621A65" w:rsidRPr="006372AF" w:rsidRDefault="00621A65" w:rsidP="00621A65">
      <w:pPr>
        <w:rPr>
          <w:rFonts w:ascii="Aptos" w:hAnsi="Aptos"/>
          <w:sz w:val="22"/>
          <w:lang w:val="en-GB"/>
        </w:rPr>
      </w:pPr>
      <w:r w:rsidRPr="006372AF">
        <w:rPr>
          <w:rFonts w:ascii="Aptos" w:hAnsi="Aptos"/>
          <w:sz w:val="22"/>
          <w:lang w:val="en-GB"/>
        </w:rPr>
        <w:t xml:space="preserve">If </w:t>
      </w:r>
      <w:proofErr w:type="gramStart"/>
      <w:r w:rsidRPr="006372AF">
        <w:rPr>
          <w:rFonts w:ascii="Aptos" w:hAnsi="Aptos"/>
          <w:sz w:val="22"/>
          <w:lang w:val="en-GB"/>
        </w:rPr>
        <w:t>Yes</w:t>
      </w:r>
      <w:proofErr w:type="gramEnd"/>
      <w:r w:rsidRPr="006372AF">
        <w:rPr>
          <w:rFonts w:ascii="Aptos" w:hAnsi="Aptos"/>
          <w:sz w:val="22"/>
          <w:lang w:val="en-GB"/>
        </w:rPr>
        <w:t>, please tell us what adjustments or support would assist you:</w:t>
      </w:r>
    </w:p>
    <w:tbl>
      <w:tblPr>
        <w:tblStyle w:val="TableGrid"/>
        <w:tblW w:w="0" w:type="auto"/>
        <w:tblLook w:val="04A0" w:firstRow="1" w:lastRow="0" w:firstColumn="1" w:lastColumn="0" w:noHBand="0" w:noVBand="1"/>
      </w:tblPr>
      <w:tblGrid>
        <w:gridCol w:w="9856"/>
      </w:tblGrid>
      <w:tr w:rsidR="006372AF" w:rsidRPr="006372AF" w14:paraId="6E0E0BE0" w14:textId="77777777" w:rsidTr="00F5749A">
        <w:trPr>
          <w:trHeight w:val="3402"/>
        </w:trPr>
        <w:tc>
          <w:tcPr>
            <w:tcW w:w="9856" w:type="dxa"/>
          </w:tcPr>
          <w:p w14:paraId="36BC3A1C" w14:textId="77777777" w:rsidR="006372AF" w:rsidRPr="006372AF" w:rsidRDefault="006372AF" w:rsidP="00F5749A">
            <w:pPr>
              <w:rPr>
                <w:rFonts w:ascii="Aptos" w:hAnsi="Aptos"/>
                <w:sz w:val="22"/>
                <w:lang w:val="en-GB"/>
              </w:rPr>
            </w:pPr>
          </w:p>
        </w:tc>
      </w:tr>
    </w:tbl>
    <w:p w14:paraId="435FB03C" w14:textId="77777777" w:rsidR="00621A65" w:rsidRPr="006372AF" w:rsidRDefault="00621A65" w:rsidP="00621A65">
      <w:pPr>
        <w:rPr>
          <w:rFonts w:ascii="Aptos" w:hAnsi="Aptos"/>
          <w:sz w:val="22"/>
          <w:lang w:val="en-GB"/>
        </w:rPr>
      </w:pPr>
    </w:p>
    <w:p w14:paraId="6E519F96" w14:textId="0E754188" w:rsidR="00621A65" w:rsidRPr="006372AF" w:rsidRDefault="00621A65" w:rsidP="00621A65">
      <w:pPr>
        <w:rPr>
          <w:rFonts w:ascii="Aptos" w:hAnsi="Aptos"/>
          <w:sz w:val="22"/>
          <w:lang w:val="en-GB"/>
        </w:rPr>
      </w:pPr>
      <w:r w:rsidRPr="006372AF">
        <w:rPr>
          <w:rFonts w:ascii="Aptos" w:hAnsi="Aptos"/>
          <w:sz w:val="22"/>
          <w:lang w:val="en-GB"/>
        </w:rPr>
        <w:t>Please contact us if your requirements change or if you would prefer to discuss adjustments privately.</w:t>
      </w:r>
    </w:p>
    <w:p w14:paraId="32E36CE4" w14:textId="77777777" w:rsidR="00621A65" w:rsidRDefault="00621A65" w:rsidP="00621A65">
      <w:pPr>
        <w:rPr>
          <w:lang w:val="en-GB"/>
        </w:rPr>
      </w:pPr>
    </w:p>
    <w:p w14:paraId="12AB44F5" w14:textId="77777777" w:rsidR="004B6DA7" w:rsidRDefault="004B6DA7" w:rsidP="00621A65">
      <w:pPr>
        <w:rPr>
          <w:lang w:val="en-GB"/>
        </w:rPr>
      </w:pPr>
    </w:p>
    <w:p w14:paraId="295850E4" w14:textId="77777777" w:rsidR="004B6DA7" w:rsidRDefault="004B6DA7" w:rsidP="00621A65">
      <w:pPr>
        <w:rPr>
          <w:lang w:val="en-GB"/>
        </w:rPr>
      </w:pPr>
    </w:p>
    <w:p w14:paraId="4A5FEDA9" w14:textId="77777777" w:rsidR="004B6DA7" w:rsidRDefault="004B6DA7" w:rsidP="00621A65">
      <w:pPr>
        <w:rPr>
          <w:lang w:val="en-GB"/>
        </w:rPr>
      </w:pPr>
    </w:p>
    <w:p w14:paraId="2F30E359" w14:textId="77777777" w:rsidR="004B6DA7" w:rsidRDefault="004B6DA7" w:rsidP="00621A65">
      <w:pPr>
        <w:rPr>
          <w:lang w:val="en-GB"/>
        </w:rPr>
      </w:pPr>
    </w:p>
    <w:p w14:paraId="5499C3BB" w14:textId="77777777" w:rsidR="004B6DA7" w:rsidRDefault="004B6DA7" w:rsidP="00621A65">
      <w:pPr>
        <w:rPr>
          <w:lang w:val="en-GB"/>
        </w:rPr>
      </w:pPr>
    </w:p>
    <w:p w14:paraId="7952E11D" w14:textId="77777777" w:rsidR="004B6DA7" w:rsidRDefault="004B6DA7" w:rsidP="00621A65">
      <w:pPr>
        <w:rPr>
          <w:lang w:val="en-GB"/>
        </w:rPr>
      </w:pPr>
    </w:p>
    <w:p w14:paraId="53C73011" w14:textId="77777777" w:rsidR="004B6DA7" w:rsidRDefault="004B6DA7" w:rsidP="00621A65">
      <w:pPr>
        <w:rPr>
          <w:lang w:val="en-GB"/>
        </w:rPr>
      </w:pPr>
    </w:p>
    <w:p w14:paraId="5E142F55" w14:textId="77777777" w:rsidR="004B6DA7" w:rsidRDefault="004B6DA7" w:rsidP="00621A65">
      <w:pPr>
        <w:rPr>
          <w:lang w:val="en-GB"/>
        </w:rPr>
      </w:pPr>
    </w:p>
    <w:p w14:paraId="16187FF3" w14:textId="77777777" w:rsidR="004B6DA7" w:rsidRDefault="004B6DA7" w:rsidP="00621A65">
      <w:pPr>
        <w:rPr>
          <w:lang w:val="en-GB"/>
        </w:rPr>
      </w:pPr>
    </w:p>
    <w:p w14:paraId="76877B32" w14:textId="77777777" w:rsidR="004B6DA7" w:rsidRDefault="004B6DA7" w:rsidP="00621A65">
      <w:pPr>
        <w:rPr>
          <w:lang w:val="en-GB"/>
        </w:rPr>
      </w:pPr>
    </w:p>
    <w:p w14:paraId="56838B80" w14:textId="77777777" w:rsidR="004B6DA7" w:rsidRDefault="004B6DA7" w:rsidP="00621A65">
      <w:pPr>
        <w:rPr>
          <w:lang w:val="en-GB"/>
        </w:rPr>
      </w:pPr>
    </w:p>
    <w:p w14:paraId="76B447B2" w14:textId="77777777" w:rsidR="004B6DA7" w:rsidRDefault="004B6DA7" w:rsidP="00621A65">
      <w:pPr>
        <w:rPr>
          <w:lang w:val="en-GB"/>
        </w:rPr>
      </w:pPr>
    </w:p>
    <w:p w14:paraId="22106612" w14:textId="77777777" w:rsidR="004B6DA7" w:rsidRDefault="004B6DA7" w:rsidP="00621A65">
      <w:pPr>
        <w:rPr>
          <w:lang w:val="en-GB"/>
        </w:rPr>
      </w:pPr>
    </w:p>
    <w:p w14:paraId="30AC2473" w14:textId="77777777" w:rsidR="004B6DA7" w:rsidRDefault="004B6DA7" w:rsidP="00621A65">
      <w:pPr>
        <w:rPr>
          <w:lang w:val="en-GB"/>
        </w:rPr>
      </w:pPr>
    </w:p>
    <w:p w14:paraId="13460298" w14:textId="77777777" w:rsidR="004B6DA7" w:rsidRDefault="004B6DA7" w:rsidP="00621A65">
      <w:pPr>
        <w:rPr>
          <w:lang w:val="en-GB"/>
        </w:rPr>
      </w:pPr>
    </w:p>
    <w:p w14:paraId="0C8C8BD6" w14:textId="77777777" w:rsidR="004B6DA7" w:rsidRDefault="004B6DA7" w:rsidP="00621A65">
      <w:pPr>
        <w:rPr>
          <w:lang w:val="en-GB"/>
        </w:rPr>
      </w:pPr>
    </w:p>
    <w:p w14:paraId="7343D65B" w14:textId="77777777" w:rsidR="004B6DA7" w:rsidRDefault="004B6DA7" w:rsidP="00621A65">
      <w:pPr>
        <w:rPr>
          <w:lang w:val="en-GB"/>
        </w:rPr>
      </w:pPr>
    </w:p>
    <w:p w14:paraId="2542EF97" w14:textId="77777777" w:rsidR="004B6DA7" w:rsidRDefault="004B6DA7" w:rsidP="00621A65">
      <w:pPr>
        <w:rPr>
          <w:lang w:val="en-GB"/>
        </w:rPr>
      </w:pPr>
    </w:p>
    <w:p w14:paraId="375B6085" w14:textId="77777777" w:rsidR="004B6DA7" w:rsidRDefault="004B6DA7" w:rsidP="00621A65">
      <w:pPr>
        <w:rPr>
          <w:lang w:val="en-GB"/>
        </w:rPr>
      </w:pPr>
    </w:p>
    <w:p w14:paraId="5E1391AE" w14:textId="77777777" w:rsidR="004B6DA7" w:rsidRPr="00621A65" w:rsidRDefault="004B6DA7" w:rsidP="00621A65">
      <w:pPr>
        <w:rPr>
          <w:lang w:val="en-GB"/>
        </w:rPr>
      </w:pPr>
    </w:p>
    <w:p w14:paraId="4927DC0C" w14:textId="6CB8855B" w:rsidR="0016119B" w:rsidRPr="0092027F" w:rsidRDefault="0016119B" w:rsidP="00892382">
      <w:pPr>
        <w:pStyle w:val="Heading3"/>
        <w:rPr>
          <w:rFonts w:ascii="Aptos" w:hAnsi="Aptos"/>
          <w:sz w:val="24"/>
          <w:szCs w:val="24"/>
          <w:lang w:val="en-GB"/>
        </w:rPr>
      </w:pPr>
      <w:r w:rsidRPr="0092027F">
        <w:rPr>
          <w:rFonts w:ascii="Aptos" w:hAnsi="Aptos"/>
          <w:sz w:val="24"/>
          <w:szCs w:val="24"/>
          <w:lang w:val="en-GB"/>
        </w:rPr>
        <w:lastRenderedPageBreak/>
        <w:t>Criminal Record and Safeguarding Declaration</w:t>
      </w:r>
    </w:p>
    <w:p w14:paraId="6BDA5CC3" w14:textId="621CE06A" w:rsidR="00FE5E5B" w:rsidRPr="00FE5E5B" w:rsidRDefault="00FE5E5B" w:rsidP="00FE5E5B">
      <w:pPr>
        <w:pStyle w:val="NormalWeb"/>
        <w:rPr>
          <w:rFonts w:ascii="Aptos" w:hAnsi="Aptos"/>
          <w:sz w:val="22"/>
        </w:rPr>
      </w:pPr>
      <w:r w:rsidRPr="00FE5E5B">
        <w:rPr>
          <w:rFonts w:ascii="Aptos" w:hAnsi="Aptos"/>
          <w:sz w:val="22"/>
        </w:rPr>
        <w:t>This role involves working with children and is subject to appropriate Disclosure and Barring Service (DBS) checks.</w:t>
      </w:r>
    </w:p>
    <w:tbl>
      <w:tblPr>
        <w:tblStyle w:val="TableGrid"/>
        <w:tblW w:w="9864" w:type="dxa"/>
        <w:tblLook w:val="04A0" w:firstRow="1" w:lastRow="0" w:firstColumn="1" w:lastColumn="0" w:noHBand="0" w:noVBand="1"/>
      </w:tblPr>
      <w:tblGrid>
        <w:gridCol w:w="561"/>
        <w:gridCol w:w="4370"/>
        <w:gridCol w:w="593"/>
        <w:gridCol w:w="4340"/>
      </w:tblGrid>
      <w:tr w:rsidR="0016119B" w:rsidRPr="00943124" w14:paraId="54235EB3" w14:textId="77777777" w:rsidTr="008531B4">
        <w:trPr>
          <w:trHeight w:val="850"/>
        </w:trPr>
        <w:tc>
          <w:tcPr>
            <w:tcW w:w="9864" w:type="dxa"/>
            <w:gridSpan w:val="4"/>
            <w:tcBorders>
              <w:top w:val="single" w:sz="4" w:space="0" w:color="auto"/>
              <w:left w:val="single" w:sz="4" w:space="0" w:color="auto"/>
              <w:bottom w:val="single" w:sz="4" w:space="0" w:color="auto"/>
            </w:tcBorders>
            <w:shd w:val="clear" w:color="auto" w:fill="F2F2F2" w:themeFill="background1" w:themeFillShade="F2"/>
            <w:vAlign w:val="center"/>
          </w:tcPr>
          <w:p w14:paraId="7449F405" w14:textId="74B70F87" w:rsidR="0016119B" w:rsidRPr="00083C2D" w:rsidRDefault="0016119B" w:rsidP="00F5749A">
            <w:pPr>
              <w:spacing w:after="0"/>
              <w:rPr>
                <w:rFonts w:ascii="Aptos" w:hAnsi="Aptos"/>
                <w:b/>
                <w:bCs/>
                <w:sz w:val="22"/>
                <w:lang w:val="en-GB"/>
              </w:rPr>
            </w:pPr>
            <w:r w:rsidRPr="00083C2D">
              <w:rPr>
                <w:rStyle w:val="Strong"/>
                <w:rFonts w:ascii="Aptos" w:hAnsi="Aptos"/>
                <w:sz w:val="22"/>
                <w:lang w:val="en-GB"/>
              </w:rPr>
              <w:t>Do you have any unspent conditional cautions or convictions under the Rehabilitation of Offenders Act 1974?</w:t>
            </w:r>
          </w:p>
        </w:tc>
      </w:tr>
      <w:tr w:rsidR="0016119B" w:rsidRPr="00943124" w14:paraId="2D009C35" w14:textId="77777777" w:rsidTr="008531B4">
        <w:trPr>
          <w:trHeight w:val="850"/>
        </w:trPr>
        <w:tc>
          <w:tcPr>
            <w:tcW w:w="561" w:type="dxa"/>
            <w:tcBorders>
              <w:top w:val="single" w:sz="4" w:space="0" w:color="auto"/>
              <w:left w:val="nil"/>
              <w:bottom w:val="single" w:sz="4" w:space="0" w:color="auto"/>
              <w:right w:val="nil"/>
            </w:tcBorders>
            <w:vAlign w:val="center"/>
          </w:tcPr>
          <w:p w14:paraId="3507FB33"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single" w:sz="4" w:space="0" w:color="auto"/>
              <w:left w:val="nil"/>
              <w:bottom w:val="single" w:sz="4" w:space="0" w:color="auto"/>
              <w:right w:val="nil"/>
            </w:tcBorders>
            <w:vAlign w:val="center"/>
          </w:tcPr>
          <w:p w14:paraId="0E3CAC8C" w14:textId="77777777" w:rsidR="0016119B" w:rsidRPr="00083C2D" w:rsidRDefault="0016119B" w:rsidP="00F5749A">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48B4223E"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419284E2" w14:textId="77777777" w:rsidR="0016119B" w:rsidRPr="00083C2D" w:rsidRDefault="0016119B" w:rsidP="00F5749A">
            <w:pPr>
              <w:spacing w:after="0"/>
              <w:rPr>
                <w:rFonts w:ascii="Aptos" w:hAnsi="Aptos"/>
                <w:sz w:val="22"/>
                <w:lang w:val="en-GB"/>
              </w:rPr>
            </w:pPr>
            <w:r w:rsidRPr="00083C2D">
              <w:rPr>
                <w:rFonts w:ascii="Aptos" w:hAnsi="Aptos"/>
                <w:sz w:val="22"/>
                <w:lang w:val="en-GB"/>
              </w:rPr>
              <w:t>No</w:t>
            </w:r>
          </w:p>
        </w:tc>
      </w:tr>
      <w:tr w:rsidR="0016119B" w:rsidRPr="00943124" w14:paraId="53BFEE74" w14:textId="77777777" w:rsidTr="008531B4">
        <w:trPr>
          <w:trHeight w:val="850"/>
        </w:trPr>
        <w:tc>
          <w:tcPr>
            <w:tcW w:w="9864" w:type="dxa"/>
            <w:gridSpan w:val="4"/>
            <w:tcBorders>
              <w:top w:val="single" w:sz="4" w:space="0" w:color="auto"/>
              <w:left w:val="single" w:sz="4" w:space="0" w:color="auto"/>
              <w:bottom w:val="single" w:sz="4" w:space="0" w:color="auto"/>
            </w:tcBorders>
            <w:shd w:val="clear" w:color="auto" w:fill="F2F2F2" w:themeFill="background1" w:themeFillShade="F2"/>
            <w:vAlign w:val="center"/>
          </w:tcPr>
          <w:p w14:paraId="47DBBBC9" w14:textId="73F7EC26" w:rsidR="0016119B" w:rsidRPr="00083C2D" w:rsidRDefault="0016119B" w:rsidP="00F5749A">
            <w:pPr>
              <w:spacing w:after="0"/>
              <w:rPr>
                <w:rFonts w:ascii="Aptos" w:hAnsi="Aptos"/>
                <w:b/>
                <w:bCs/>
                <w:sz w:val="22"/>
                <w:lang w:val="en-GB"/>
              </w:rPr>
            </w:pPr>
            <w:r w:rsidRPr="00083C2D">
              <w:rPr>
                <w:rStyle w:val="Strong"/>
                <w:rFonts w:ascii="Aptos" w:hAnsi="Aptos"/>
                <w:sz w:val="22"/>
                <w:lang w:val="en-GB"/>
              </w:rPr>
              <w:t>Do you have any adult cautions (simple or conditional) or spent convictions that are not protected under current DBS filtering rules?</w:t>
            </w:r>
          </w:p>
        </w:tc>
      </w:tr>
      <w:tr w:rsidR="0016119B" w:rsidRPr="00943124" w14:paraId="2AFA2B85" w14:textId="77777777" w:rsidTr="008531B4">
        <w:trPr>
          <w:trHeight w:val="850"/>
        </w:trPr>
        <w:tc>
          <w:tcPr>
            <w:tcW w:w="561" w:type="dxa"/>
            <w:tcBorders>
              <w:top w:val="single" w:sz="4" w:space="0" w:color="auto"/>
              <w:left w:val="nil"/>
              <w:bottom w:val="single" w:sz="4" w:space="0" w:color="auto"/>
              <w:right w:val="nil"/>
            </w:tcBorders>
            <w:vAlign w:val="center"/>
          </w:tcPr>
          <w:p w14:paraId="052BA938"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single" w:sz="4" w:space="0" w:color="auto"/>
              <w:left w:val="nil"/>
              <w:bottom w:val="single" w:sz="4" w:space="0" w:color="auto"/>
              <w:right w:val="nil"/>
            </w:tcBorders>
            <w:vAlign w:val="center"/>
          </w:tcPr>
          <w:p w14:paraId="77076AFC" w14:textId="77777777" w:rsidR="0016119B" w:rsidRPr="00083C2D" w:rsidRDefault="0016119B" w:rsidP="00F5749A">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72A034BD"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071425C8" w14:textId="77777777" w:rsidR="0016119B" w:rsidRPr="00083C2D" w:rsidRDefault="0016119B" w:rsidP="00F5749A">
            <w:pPr>
              <w:spacing w:after="0"/>
              <w:rPr>
                <w:rFonts w:ascii="Aptos" w:hAnsi="Aptos"/>
                <w:sz w:val="22"/>
                <w:lang w:val="en-GB"/>
              </w:rPr>
            </w:pPr>
            <w:r w:rsidRPr="00083C2D">
              <w:rPr>
                <w:rFonts w:ascii="Aptos" w:hAnsi="Aptos"/>
                <w:sz w:val="22"/>
                <w:lang w:val="en-GB"/>
              </w:rPr>
              <w:t>No</w:t>
            </w:r>
          </w:p>
        </w:tc>
      </w:tr>
      <w:tr w:rsidR="0016119B" w:rsidRPr="00943124" w14:paraId="28148432" w14:textId="77777777" w:rsidTr="008531B4">
        <w:trPr>
          <w:trHeight w:val="850"/>
        </w:trPr>
        <w:tc>
          <w:tcPr>
            <w:tcW w:w="986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E4F193" w14:textId="61458EE6" w:rsidR="0016119B" w:rsidRPr="00083C2D" w:rsidRDefault="00FE5E5B" w:rsidP="00F5749A">
            <w:pPr>
              <w:spacing w:after="0"/>
              <w:rPr>
                <w:rFonts w:ascii="Aptos" w:hAnsi="Aptos"/>
                <w:b/>
                <w:bCs/>
                <w:sz w:val="22"/>
                <w:lang w:val="en-GB"/>
              </w:rPr>
            </w:pPr>
            <w:r w:rsidRPr="00083C2D">
              <w:rPr>
                <w:rFonts w:ascii="Aptos" w:hAnsi="Aptos"/>
                <w:b/>
                <w:bCs/>
                <w:sz w:val="22"/>
                <w:lang w:val="en-GB"/>
              </w:rPr>
              <w:t>Are you currently facing a criminal charge or prosecution, or are you aware of a current police investigation concerning your conduct, that may be relevant to your suitability for this role?</w:t>
            </w:r>
          </w:p>
        </w:tc>
      </w:tr>
      <w:tr w:rsidR="0016119B" w:rsidRPr="00943124" w14:paraId="026A1FFF" w14:textId="77777777" w:rsidTr="008531B4">
        <w:trPr>
          <w:trHeight w:val="850"/>
        </w:trPr>
        <w:tc>
          <w:tcPr>
            <w:tcW w:w="561" w:type="dxa"/>
            <w:tcBorders>
              <w:top w:val="single" w:sz="4" w:space="0" w:color="auto"/>
              <w:left w:val="nil"/>
              <w:bottom w:val="single" w:sz="4" w:space="0" w:color="auto"/>
              <w:right w:val="nil"/>
            </w:tcBorders>
            <w:vAlign w:val="center"/>
          </w:tcPr>
          <w:p w14:paraId="36204C4E"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single" w:sz="4" w:space="0" w:color="auto"/>
              <w:left w:val="nil"/>
              <w:bottom w:val="single" w:sz="4" w:space="0" w:color="auto"/>
              <w:right w:val="nil"/>
            </w:tcBorders>
            <w:vAlign w:val="center"/>
          </w:tcPr>
          <w:p w14:paraId="101C1385" w14:textId="77777777" w:rsidR="0016119B" w:rsidRPr="00083C2D" w:rsidRDefault="0016119B" w:rsidP="00F5749A">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20259E39"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5E33C06E" w14:textId="77777777" w:rsidR="0016119B" w:rsidRPr="00083C2D" w:rsidRDefault="0016119B" w:rsidP="00F5749A">
            <w:pPr>
              <w:spacing w:after="0"/>
              <w:rPr>
                <w:rFonts w:ascii="Aptos" w:hAnsi="Aptos"/>
                <w:sz w:val="22"/>
                <w:lang w:val="en-GB"/>
              </w:rPr>
            </w:pPr>
            <w:r w:rsidRPr="00083C2D">
              <w:rPr>
                <w:rFonts w:ascii="Aptos" w:hAnsi="Aptos"/>
                <w:sz w:val="22"/>
                <w:lang w:val="en-GB"/>
              </w:rPr>
              <w:t>No</w:t>
            </w:r>
          </w:p>
        </w:tc>
      </w:tr>
      <w:tr w:rsidR="0016119B" w:rsidRPr="00943124" w14:paraId="17C98330" w14:textId="77777777" w:rsidTr="008531B4">
        <w:trPr>
          <w:trHeight w:val="850"/>
        </w:trPr>
        <w:tc>
          <w:tcPr>
            <w:tcW w:w="986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9344F6" w14:textId="326EF651" w:rsidR="0016119B" w:rsidRPr="00083C2D" w:rsidRDefault="00FE5E5B" w:rsidP="00F5749A">
            <w:pPr>
              <w:spacing w:after="0"/>
              <w:rPr>
                <w:rFonts w:ascii="Aptos" w:hAnsi="Aptos"/>
                <w:b/>
                <w:bCs/>
                <w:sz w:val="22"/>
                <w:lang w:val="en-GB"/>
              </w:rPr>
            </w:pPr>
            <w:r w:rsidRPr="00083C2D">
              <w:rPr>
                <w:rFonts w:ascii="Aptos" w:hAnsi="Aptos"/>
                <w:b/>
                <w:bCs/>
                <w:sz w:val="22"/>
                <w:lang w:val="en-GB"/>
              </w:rPr>
              <w:t>Are you included on the Children’s Barred List or otherwise legally prohibited from undertaking regulated activity with children?</w:t>
            </w:r>
          </w:p>
        </w:tc>
      </w:tr>
      <w:tr w:rsidR="0016119B" w:rsidRPr="00943124" w14:paraId="2068C322" w14:textId="77777777" w:rsidTr="008531B4">
        <w:trPr>
          <w:trHeight w:val="850"/>
        </w:trPr>
        <w:tc>
          <w:tcPr>
            <w:tcW w:w="561" w:type="dxa"/>
            <w:tcBorders>
              <w:top w:val="single" w:sz="4" w:space="0" w:color="auto"/>
              <w:left w:val="nil"/>
              <w:bottom w:val="single" w:sz="4" w:space="0" w:color="auto"/>
              <w:right w:val="nil"/>
            </w:tcBorders>
            <w:vAlign w:val="center"/>
          </w:tcPr>
          <w:p w14:paraId="28BA788B"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single" w:sz="4" w:space="0" w:color="auto"/>
              <w:left w:val="nil"/>
              <w:bottom w:val="single" w:sz="4" w:space="0" w:color="auto"/>
              <w:right w:val="nil"/>
            </w:tcBorders>
            <w:vAlign w:val="center"/>
          </w:tcPr>
          <w:p w14:paraId="14AF3781" w14:textId="77777777" w:rsidR="0016119B" w:rsidRPr="00083C2D" w:rsidRDefault="0016119B" w:rsidP="00F5749A">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20F0FC86"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58145E0B" w14:textId="77777777" w:rsidR="0016119B" w:rsidRPr="00083C2D" w:rsidRDefault="0016119B" w:rsidP="00F5749A">
            <w:pPr>
              <w:spacing w:after="0"/>
              <w:rPr>
                <w:rFonts w:ascii="Aptos" w:hAnsi="Aptos"/>
                <w:sz w:val="22"/>
                <w:lang w:val="en-GB"/>
              </w:rPr>
            </w:pPr>
            <w:r w:rsidRPr="00083C2D">
              <w:rPr>
                <w:rFonts w:ascii="Aptos" w:hAnsi="Aptos"/>
                <w:sz w:val="22"/>
                <w:lang w:val="en-GB"/>
              </w:rPr>
              <w:t>No</w:t>
            </w:r>
          </w:p>
        </w:tc>
      </w:tr>
      <w:tr w:rsidR="0016119B" w:rsidRPr="00943124" w14:paraId="7AB8280F" w14:textId="77777777" w:rsidTr="008531B4">
        <w:trPr>
          <w:trHeight w:val="850"/>
        </w:trPr>
        <w:tc>
          <w:tcPr>
            <w:tcW w:w="986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A37B25" w14:textId="671CD9F7" w:rsidR="0016119B" w:rsidRPr="00083C2D" w:rsidRDefault="00FE5E5B" w:rsidP="00F5749A">
            <w:pPr>
              <w:spacing w:after="0"/>
              <w:rPr>
                <w:rFonts w:ascii="Aptos" w:hAnsi="Aptos"/>
                <w:b/>
                <w:bCs/>
                <w:sz w:val="22"/>
                <w:lang w:val="en-GB"/>
              </w:rPr>
            </w:pPr>
            <w:r w:rsidRPr="00083C2D">
              <w:rPr>
                <w:rFonts w:ascii="Aptos" w:hAnsi="Aptos"/>
                <w:b/>
                <w:bCs/>
                <w:sz w:val="22"/>
                <w:lang w:val="en-GB"/>
              </w:rPr>
              <w:t>Where the duties of the role also constitute regulated activity with adults, are you included on the Adults’ Barred List or otherwise legally prohibited from undertaking that activity?</w:t>
            </w:r>
          </w:p>
        </w:tc>
      </w:tr>
      <w:tr w:rsidR="0016119B" w:rsidRPr="00943124" w14:paraId="63109AF6" w14:textId="77777777" w:rsidTr="008531B4">
        <w:trPr>
          <w:trHeight w:val="850"/>
        </w:trPr>
        <w:tc>
          <w:tcPr>
            <w:tcW w:w="561" w:type="dxa"/>
            <w:tcBorders>
              <w:top w:val="nil"/>
              <w:left w:val="nil"/>
              <w:bottom w:val="nil"/>
              <w:right w:val="nil"/>
            </w:tcBorders>
            <w:vAlign w:val="center"/>
          </w:tcPr>
          <w:p w14:paraId="05E5BDB1"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nil"/>
              <w:left w:val="nil"/>
              <w:bottom w:val="nil"/>
              <w:right w:val="nil"/>
            </w:tcBorders>
            <w:vAlign w:val="center"/>
          </w:tcPr>
          <w:p w14:paraId="59AAD48A" w14:textId="77777777" w:rsidR="0016119B" w:rsidRPr="00083C2D" w:rsidRDefault="0016119B" w:rsidP="00F5749A">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09A8968A" w14:textId="77777777" w:rsidR="0016119B" w:rsidRPr="00083C2D" w:rsidRDefault="0016119B" w:rsidP="00F5749A">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23A3EEE5" w14:textId="77777777" w:rsidR="0016119B" w:rsidRPr="00083C2D" w:rsidRDefault="0016119B" w:rsidP="00F5749A">
            <w:pPr>
              <w:spacing w:after="0"/>
              <w:rPr>
                <w:rFonts w:ascii="Aptos" w:hAnsi="Aptos"/>
                <w:sz w:val="22"/>
                <w:lang w:val="en-GB"/>
              </w:rPr>
            </w:pPr>
            <w:r w:rsidRPr="00083C2D">
              <w:rPr>
                <w:rFonts w:ascii="Aptos" w:hAnsi="Aptos"/>
                <w:sz w:val="22"/>
                <w:lang w:val="en-GB"/>
              </w:rPr>
              <w:t>No</w:t>
            </w:r>
          </w:p>
        </w:tc>
      </w:tr>
      <w:tr w:rsidR="00FE5E5B" w:rsidRPr="00943124" w14:paraId="2434E0C2" w14:textId="77777777" w:rsidTr="008531B4">
        <w:trPr>
          <w:trHeight w:val="850"/>
        </w:trPr>
        <w:tc>
          <w:tcPr>
            <w:tcW w:w="986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60F8C7" w14:textId="52316618" w:rsidR="00FE5E5B" w:rsidRPr="00083C2D" w:rsidRDefault="00FE5E5B" w:rsidP="00FE5E5B">
            <w:pPr>
              <w:pStyle w:val="NormalWeb"/>
              <w:rPr>
                <w:rFonts w:ascii="Aptos" w:hAnsi="Aptos"/>
                <w:b/>
                <w:bCs/>
                <w:sz w:val="22"/>
                <w:szCs w:val="22"/>
              </w:rPr>
            </w:pPr>
            <w:r w:rsidRPr="00083C2D">
              <w:rPr>
                <w:rFonts w:ascii="Aptos" w:hAnsi="Aptos"/>
                <w:b/>
                <w:bCs/>
                <w:sz w:val="22"/>
                <w:szCs w:val="22"/>
              </w:rPr>
              <w:t>Have you ever been dismissed, removed from a role or prevented from continuing in a role because of substantiated safeguarding concerns relating to your conduct towards children or vulnerable adults?</w:t>
            </w:r>
          </w:p>
        </w:tc>
      </w:tr>
      <w:tr w:rsidR="00EF7580" w:rsidRPr="00943124" w14:paraId="22932E1D" w14:textId="77777777" w:rsidTr="008531B4">
        <w:trPr>
          <w:trHeight w:val="850"/>
        </w:trPr>
        <w:tc>
          <w:tcPr>
            <w:tcW w:w="561" w:type="dxa"/>
            <w:tcBorders>
              <w:top w:val="single" w:sz="4" w:space="0" w:color="auto"/>
              <w:left w:val="nil"/>
              <w:bottom w:val="single" w:sz="4" w:space="0" w:color="auto"/>
              <w:right w:val="nil"/>
            </w:tcBorders>
            <w:vAlign w:val="center"/>
          </w:tcPr>
          <w:p w14:paraId="1B9F2CB3" w14:textId="6EF584BC" w:rsidR="00EF7580" w:rsidRPr="00943124" w:rsidRDefault="00EF7580" w:rsidP="00EF7580">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single" w:sz="4" w:space="0" w:color="auto"/>
              <w:left w:val="nil"/>
              <w:bottom w:val="single" w:sz="4" w:space="0" w:color="auto"/>
              <w:right w:val="nil"/>
            </w:tcBorders>
            <w:vAlign w:val="center"/>
          </w:tcPr>
          <w:p w14:paraId="448287AC" w14:textId="553C567A" w:rsidR="00EF7580" w:rsidRPr="00943124" w:rsidRDefault="00EF7580" w:rsidP="00EF7580">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5E9BB79C" w14:textId="06CE7511" w:rsidR="00EF7580" w:rsidRPr="00943124" w:rsidRDefault="00EF7580" w:rsidP="00EF7580">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16DFCB9E" w14:textId="396DD27C" w:rsidR="00EF7580" w:rsidRPr="00943124" w:rsidRDefault="00EF7580" w:rsidP="00EF7580">
            <w:pPr>
              <w:spacing w:after="0"/>
              <w:rPr>
                <w:rFonts w:ascii="Aptos" w:hAnsi="Aptos"/>
                <w:sz w:val="22"/>
                <w:lang w:val="en-GB"/>
              </w:rPr>
            </w:pPr>
            <w:r w:rsidRPr="00083C2D">
              <w:rPr>
                <w:rFonts w:ascii="Aptos" w:hAnsi="Aptos"/>
                <w:sz w:val="22"/>
                <w:lang w:val="en-GB"/>
              </w:rPr>
              <w:t>No</w:t>
            </w:r>
          </w:p>
        </w:tc>
      </w:tr>
      <w:tr w:rsidR="00EF7580" w:rsidRPr="00943124" w14:paraId="311E9F9B" w14:textId="77777777" w:rsidTr="008531B4">
        <w:trPr>
          <w:trHeight w:val="850"/>
        </w:trPr>
        <w:tc>
          <w:tcPr>
            <w:tcW w:w="986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A44CAE" w14:textId="1F4369A3" w:rsidR="00EF7580" w:rsidRPr="00943124" w:rsidRDefault="00EF7580" w:rsidP="00F5749A">
            <w:pPr>
              <w:spacing w:after="0"/>
              <w:rPr>
                <w:rFonts w:ascii="Aptos" w:hAnsi="Aptos"/>
                <w:sz w:val="22"/>
                <w:lang w:val="en-GB"/>
              </w:rPr>
            </w:pPr>
            <w:r w:rsidRPr="00EF7580">
              <w:rPr>
                <w:rFonts w:ascii="Aptos" w:hAnsi="Aptos"/>
                <w:b/>
                <w:bCs/>
                <w:sz w:val="22"/>
                <w:lang w:val="en-GB"/>
              </w:rPr>
              <w:t>Have you ever been subject to a substantiated safeguarding finding relating to your conduct towards children or vulnerable adults?</w:t>
            </w:r>
          </w:p>
        </w:tc>
      </w:tr>
      <w:tr w:rsidR="00EF7580" w:rsidRPr="00943124" w14:paraId="57590CE1" w14:textId="77777777" w:rsidTr="008531B4">
        <w:trPr>
          <w:trHeight w:val="850"/>
        </w:trPr>
        <w:tc>
          <w:tcPr>
            <w:tcW w:w="561" w:type="dxa"/>
            <w:tcBorders>
              <w:top w:val="single" w:sz="4" w:space="0" w:color="auto"/>
              <w:left w:val="nil"/>
              <w:bottom w:val="single" w:sz="4" w:space="0" w:color="auto"/>
              <w:right w:val="nil"/>
            </w:tcBorders>
            <w:vAlign w:val="center"/>
          </w:tcPr>
          <w:p w14:paraId="7EDDC277" w14:textId="76C639EE" w:rsidR="00EF7580" w:rsidRPr="00943124" w:rsidRDefault="00EF7580" w:rsidP="00EF7580">
            <w:pPr>
              <w:spacing w:after="0"/>
              <w:rPr>
                <w:rFonts w:ascii="Aptos" w:hAnsi="Aptos"/>
                <w:sz w:val="22"/>
                <w:lang w:val="en-GB"/>
              </w:rPr>
            </w:pPr>
            <w:r w:rsidRPr="00083C2D">
              <w:rPr>
                <w:rFonts w:ascii="Aptos" w:hAnsi="Aptos"/>
                <w:sz w:val="22"/>
                <w:lang w:val="en-GB"/>
              </w:rPr>
              <w:fldChar w:fldCharType="begin">
                <w:ffData>
                  <w:name w:val="Check1"/>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70" w:type="dxa"/>
            <w:tcBorders>
              <w:top w:val="single" w:sz="4" w:space="0" w:color="auto"/>
              <w:left w:val="nil"/>
              <w:bottom w:val="single" w:sz="4" w:space="0" w:color="auto"/>
              <w:right w:val="nil"/>
            </w:tcBorders>
            <w:vAlign w:val="center"/>
          </w:tcPr>
          <w:p w14:paraId="1C7A422C" w14:textId="22844707" w:rsidR="00EF7580" w:rsidRPr="00943124" w:rsidRDefault="00EF7580" w:rsidP="00EF7580">
            <w:pPr>
              <w:spacing w:after="0"/>
              <w:rPr>
                <w:rFonts w:ascii="Aptos" w:hAnsi="Aptos"/>
                <w:sz w:val="22"/>
                <w:lang w:val="en-GB"/>
              </w:rPr>
            </w:pPr>
            <w:r w:rsidRPr="00083C2D">
              <w:rPr>
                <w:rFonts w:ascii="Aptos" w:hAnsi="Aptos"/>
                <w:sz w:val="22"/>
                <w:lang w:val="en-GB"/>
              </w:rPr>
              <w:t>Yes</w:t>
            </w:r>
          </w:p>
        </w:tc>
        <w:tc>
          <w:tcPr>
            <w:tcW w:w="593" w:type="dxa"/>
            <w:tcBorders>
              <w:top w:val="single" w:sz="4" w:space="0" w:color="auto"/>
              <w:left w:val="nil"/>
              <w:bottom w:val="single" w:sz="4" w:space="0" w:color="auto"/>
              <w:right w:val="nil"/>
            </w:tcBorders>
            <w:vAlign w:val="center"/>
          </w:tcPr>
          <w:p w14:paraId="19495DE4" w14:textId="47A5A4DE" w:rsidR="00EF7580" w:rsidRPr="00943124" w:rsidRDefault="00EF7580" w:rsidP="00EF7580">
            <w:pPr>
              <w:spacing w:after="0"/>
              <w:rPr>
                <w:rFonts w:ascii="Aptos" w:hAnsi="Aptos"/>
                <w:sz w:val="22"/>
                <w:lang w:val="en-GB"/>
              </w:rPr>
            </w:pPr>
            <w:r w:rsidRPr="00083C2D">
              <w:rPr>
                <w:rFonts w:ascii="Aptos" w:hAnsi="Aptos"/>
                <w:sz w:val="22"/>
                <w:lang w:val="en-GB"/>
              </w:rPr>
              <w:fldChar w:fldCharType="begin">
                <w:ffData>
                  <w:name w:val="Check2"/>
                  <w:enabled/>
                  <w:calcOnExit w:val="0"/>
                  <w:checkBox>
                    <w:sizeAuto/>
                    <w:default w:val="0"/>
                  </w:checkBox>
                </w:ffData>
              </w:fldChar>
            </w:r>
            <w:r w:rsidRPr="00083C2D">
              <w:rPr>
                <w:rFonts w:ascii="Aptos" w:hAnsi="Aptos"/>
                <w:sz w:val="22"/>
                <w:lang w:val="en-GB"/>
              </w:rPr>
              <w:instrText xml:space="preserve"> FORMCHECKBOX </w:instrText>
            </w:r>
            <w:r w:rsidRPr="00083C2D">
              <w:rPr>
                <w:rFonts w:ascii="Aptos" w:hAnsi="Aptos"/>
                <w:sz w:val="22"/>
                <w:lang w:val="en-GB"/>
              </w:rPr>
            </w:r>
            <w:r w:rsidRPr="00083C2D">
              <w:rPr>
                <w:rFonts w:ascii="Aptos" w:hAnsi="Aptos"/>
                <w:sz w:val="22"/>
                <w:lang w:val="en-GB"/>
              </w:rPr>
              <w:fldChar w:fldCharType="separate"/>
            </w:r>
            <w:r w:rsidRPr="00083C2D">
              <w:rPr>
                <w:rFonts w:ascii="Aptos" w:hAnsi="Aptos"/>
                <w:sz w:val="22"/>
                <w:lang w:val="en-GB"/>
              </w:rPr>
              <w:fldChar w:fldCharType="end"/>
            </w:r>
          </w:p>
        </w:tc>
        <w:tc>
          <w:tcPr>
            <w:tcW w:w="4340" w:type="dxa"/>
            <w:tcBorders>
              <w:top w:val="single" w:sz="4" w:space="0" w:color="auto"/>
              <w:left w:val="nil"/>
              <w:bottom w:val="single" w:sz="4" w:space="0" w:color="auto"/>
              <w:right w:val="nil"/>
            </w:tcBorders>
            <w:vAlign w:val="center"/>
          </w:tcPr>
          <w:p w14:paraId="2EA3A761" w14:textId="38B2C3DF" w:rsidR="00EF7580" w:rsidRPr="00943124" w:rsidRDefault="00EF7580" w:rsidP="00EF7580">
            <w:pPr>
              <w:spacing w:after="0"/>
              <w:rPr>
                <w:rFonts w:ascii="Aptos" w:hAnsi="Aptos"/>
                <w:sz w:val="22"/>
                <w:lang w:val="en-GB"/>
              </w:rPr>
            </w:pPr>
            <w:r w:rsidRPr="00083C2D">
              <w:rPr>
                <w:rFonts w:ascii="Aptos" w:hAnsi="Aptos"/>
                <w:sz w:val="22"/>
                <w:lang w:val="en-GB"/>
              </w:rPr>
              <w:t>No</w:t>
            </w:r>
          </w:p>
        </w:tc>
      </w:tr>
      <w:tr w:rsidR="0016119B" w:rsidRPr="00943124" w14:paraId="51C14055" w14:textId="77777777" w:rsidTr="008531B4">
        <w:trPr>
          <w:trHeight w:val="850"/>
        </w:trPr>
        <w:tc>
          <w:tcPr>
            <w:tcW w:w="986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766303" w14:textId="21A6C2E3" w:rsidR="002F5D18" w:rsidRPr="00A14E9F" w:rsidRDefault="00EF7580" w:rsidP="00A14E9F">
            <w:pPr>
              <w:spacing w:after="0"/>
              <w:rPr>
                <w:rFonts w:ascii="Aptos" w:hAnsi="Aptos"/>
                <w:b/>
                <w:bCs/>
                <w:sz w:val="22"/>
                <w:lang w:val="en-GB"/>
              </w:rPr>
            </w:pPr>
            <w:r w:rsidRPr="0059779D">
              <w:rPr>
                <w:rFonts w:ascii="Aptos" w:hAnsi="Aptos"/>
                <w:b/>
                <w:bCs/>
                <w:sz w:val="22"/>
                <w:lang w:val="en-GB"/>
              </w:rPr>
              <w:t>If you answer Yes to any question above, please provide the relevant details on a separate confidential sheet or request a private discussion with the recruiter.</w:t>
            </w:r>
          </w:p>
        </w:tc>
      </w:tr>
    </w:tbl>
    <w:p w14:paraId="09DBF7BA" w14:textId="77777777" w:rsidR="00621A65" w:rsidRDefault="00621A65" w:rsidP="00497F88">
      <w:pPr>
        <w:pStyle w:val="Heading2"/>
        <w:spacing w:before="0" w:after="0" w:line="276" w:lineRule="auto"/>
        <w:jc w:val="both"/>
        <w:rPr>
          <w:rFonts w:ascii="Aptos" w:hAnsi="Aptos"/>
          <w:sz w:val="24"/>
          <w:szCs w:val="24"/>
        </w:rPr>
      </w:pPr>
    </w:p>
    <w:p w14:paraId="70139B6F" w14:textId="48F8BF9E" w:rsidR="009A5470" w:rsidRPr="00497F88" w:rsidRDefault="009A5470" w:rsidP="00497F88">
      <w:pPr>
        <w:pStyle w:val="Heading2"/>
        <w:spacing w:before="0" w:after="0" w:line="276" w:lineRule="auto"/>
        <w:jc w:val="both"/>
        <w:rPr>
          <w:rFonts w:ascii="Aptos" w:hAnsi="Aptos"/>
          <w:color w:val="auto"/>
          <w:sz w:val="24"/>
          <w:szCs w:val="24"/>
        </w:rPr>
      </w:pPr>
      <w:r w:rsidRPr="00497F88">
        <w:rPr>
          <w:rFonts w:ascii="Aptos" w:hAnsi="Aptos"/>
          <w:sz w:val="24"/>
          <w:szCs w:val="24"/>
        </w:rPr>
        <w:t>Recruitment Checks and Privacy</w:t>
      </w:r>
    </w:p>
    <w:p w14:paraId="3B3ED3B5" w14:textId="77777777" w:rsidR="009A5470" w:rsidRPr="00497F88" w:rsidRDefault="009A5470" w:rsidP="00497F88">
      <w:pPr>
        <w:pStyle w:val="NormalWeb"/>
        <w:spacing w:before="0" w:beforeAutospacing="0" w:after="0" w:afterAutospacing="0" w:line="276" w:lineRule="auto"/>
        <w:jc w:val="both"/>
        <w:rPr>
          <w:rFonts w:ascii="Aptos" w:hAnsi="Aptos"/>
          <w:sz w:val="22"/>
          <w:szCs w:val="22"/>
        </w:rPr>
      </w:pPr>
      <w:r w:rsidRPr="00497F88">
        <w:rPr>
          <w:rFonts w:ascii="Aptos" w:hAnsi="Aptos"/>
          <w:sz w:val="22"/>
          <w:szCs w:val="22"/>
        </w:rPr>
        <w:t>If you progress through the recruitment process, Soteria Children’s Services Group Limited may carry out appropriate recruitment and safeguarding checks, including identity, employment history, references, qualifications, right to work, DBS and barred list checks, and overseas checks where applicable.</w:t>
      </w:r>
    </w:p>
    <w:p w14:paraId="744C8D42" w14:textId="77777777" w:rsidR="009A5470" w:rsidRPr="00497F88" w:rsidRDefault="009A5470" w:rsidP="00497F88">
      <w:pPr>
        <w:pStyle w:val="NormalWeb"/>
        <w:spacing w:before="0" w:beforeAutospacing="0" w:after="0" w:afterAutospacing="0" w:line="276" w:lineRule="auto"/>
        <w:jc w:val="both"/>
        <w:rPr>
          <w:rFonts w:ascii="Aptos" w:hAnsi="Aptos"/>
          <w:sz w:val="22"/>
          <w:szCs w:val="22"/>
        </w:rPr>
      </w:pPr>
      <w:r w:rsidRPr="00497F88">
        <w:rPr>
          <w:rFonts w:ascii="Aptos" w:hAnsi="Aptos"/>
          <w:sz w:val="22"/>
          <w:szCs w:val="22"/>
        </w:rPr>
        <w:t>Additional documents and information required for these checks will be requested separately when needed.</w:t>
      </w:r>
    </w:p>
    <w:p w14:paraId="37D41A42" w14:textId="77777777" w:rsidR="009A5470" w:rsidRPr="00497F88" w:rsidRDefault="009A5470" w:rsidP="00497F88">
      <w:pPr>
        <w:pStyle w:val="NormalWeb"/>
        <w:spacing w:before="0" w:beforeAutospacing="0" w:after="0" w:afterAutospacing="0" w:line="276" w:lineRule="auto"/>
        <w:jc w:val="both"/>
        <w:rPr>
          <w:rFonts w:ascii="Aptos" w:hAnsi="Aptos"/>
          <w:sz w:val="22"/>
          <w:szCs w:val="22"/>
        </w:rPr>
      </w:pPr>
      <w:r w:rsidRPr="00497F88">
        <w:rPr>
          <w:rFonts w:ascii="Aptos" w:hAnsi="Aptos"/>
          <w:sz w:val="22"/>
          <w:szCs w:val="22"/>
        </w:rPr>
        <w:t>Soteria Children’s Services Group Limited will use the information provided in this application to assess your suitability for employment and to manage the recruitment process.</w:t>
      </w:r>
    </w:p>
    <w:p w14:paraId="23824A42" w14:textId="77777777" w:rsidR="009A5470" w:rsidRPr="00497F88" w:rsidRDefault="009A5470" w:rsidP="00497F88">
      <w:pPr>
        <w:pStyle w:val="NormalWeb"/>
        <w:spacing w:before="0" w:beforeAutospacing="0" w:after="0" w:afterAutospacing="0" w:line="276" w:lineRule="auto"/>
        <w:jc w:val="both"/>
        <w:rPr>
          <w:rFonts w:ascii="Aptos" w:hAnsi="Aptos"/>
          <w:sz w:val="22"/>
          <w:szCs w:val="22"/>
        </w:rPr>
      </w:pPr>
      <w:r w:rsidRPr="00497F88">
        <w:rPr>
          <w:rFonts w:ascii="Aptos" w:hAnsi="Aptos"/>
          <w:sz w:val="22"/>
          <w:szCs w:val="22"/>
        </w:rPr>
        <w:t xml:space="preserve">For questions about the use of your personal information, contact </w:t>
      </w:r>
      <w:hyperlink r:id="rId8" w:history="1">
        <w:r w:rsidRPr="00497F88">
          <w:rPr>
            <w:rStyle w:val="Strong"/>
            <w:rFonts w:ascii="Aptos" w:hAnsi="Aptos"/>
            <w:color w:val="0000FF"/>
            <w:sz w:val="22"/>
            <w:szCs w:val="22"/>
            <w:u w:val="single"/>
          </w:rPr>
          <w:t>shiggins@soteriagroup.co.uk</w:t>
        </w:r>
      </w:hyperlink>
      <w:r w:rsidRPr="00497F88">
        <w:rPr>
          <w:rFonts w:ascii="Aptos" w:hAnsi="Aptos"/>
          <w:sz w:val="22"/>
          <w:szCs w:val="22"/>
        </w:rPr>
        <w:t>.</w:t>
      </w:r>
    </w:p>
    <w:p w14:paraId="62B83821" w14:textId="77777777" w:rsidR="00497F88" w:rsidRPr="00497F88" w:rsidRDefault="00497F88" w:rsidP="00497F88">
      <w:pPr>
        <w:pStyle w:val="Heading1"/>
        <w:spacing w:before="0" w:after="0" w:line="276" w:lineRule="auto"/>
        <w:jc w:val="both"/>
        <w:rPr>
          <w:rFonts w:ascii="Aptos" w:hAnsi="Aptos"/>
          <w:sz w:val="24"/>
          <w:szCs w:val="24"/>
        </w:rPr>
      </w:pPr>
    </w:p>
    <w:p w14:paraId="4BB7527F" w14:textId="43E5D20E" w:rsidR="008531B4" w:rsidRPr="00497F88" w:rsidRDefault="008531B4" w:rsidP="00497F88">
      <w:pPr>
        <w:pStyle w:val="Heading1"/>
        <w:spacing w:before="0" w:after="0" w:line="276" w:lineRule="auto"/>
        <w:jc w:val="both"/>
        <w:rPr>
          <w:rFonts w:ascii="Aptos" w:hAnsi="Aptos"/>
          <w:color w:val="auto"/>
          <w:sz w:val="24"/>
          <w:szCs w:val="24"/>
        </w:rPr>
      </w:pPr>
      <w:r w:rsidRPr="00497F88">
        <w:rPr>
          <w:rFonts w:ascii="Aptos" w:hAnsi="Aptos"/>
          <w:sz w:val="24"/>
          <w:szCs w:val="24"/>
        </w:rPr>
        <w:t>Applicant Declaration</w:t>
      </w:r>
    </w:p>
    <w:p w14:paraId="52E4B15F" w14:textId="77777777" w:rsidR="008531B4" w:rsidRPr="00497F88" w:rsidRDefault="008531B4" w:rsidP="00497F88">
      <w:pPr>
        <w:pStyle w:val="NormalWeb"/>
        <w:spacing w:before="0" w:beforeAutospacing="0" w:after="0" w:afterAutospacing="0"/>
        <w:jc w:val="both"/>
        <w:rPr>
          <w:rFonts w:ascii="Aptos" w:hAnsi="Aptos"/>
          <w:sz w:val="22"/>
          <w:szCs w:val="22"/>
        </w:rPr>
      </w:pPr>
      <w:r w:rsidRPr="00497F88">
        <w:rPr>
          <w:rStyle w:val="Strong"/>
          <w:rFonts w:ascii="Aptos" w:hAnsi="Aptos"/>
          <w:sz w:val="22"/>
          <w:szCs w:val="22"/>
        </w:rPr>
        <w:t>By signing below, I confirm that:</w:t>
      </w:r>
    </w:p>
    <w:p w14:paraId="2A755E2F"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have read and completed this application form, including the criminal record and safeguarding declaration;</w:t>
      </w:r>
    </w:p>
    <w:p w14:paraId="73AAEE4A"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the information I have provided throughout this application and in any accompanying information is, to the best of my knowledge, complete, accurate and truthful;</w:t>
      </w:r>
    </w:p>
    <w:p w14:paraId="7F847614"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have provided all previous names by which I have been known where requested;</w:t>
      </w:r>
    </w:p>
    <w:p w14:paraId="17B2DE5F"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have provided a complete employment and activity history as requested, including explanations for any gaps and accurate reasons for leaving previous employment;</w:t>
      </w:r>
    </w:p>
    <w:p w14:paraId="440994CA"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have identified relevant paid or voluntary work involving children or vulnerable adults where requested;</w:t>
      </w:r>
    </w:p>
    <w:p w14:paraId="3E9DDEA7"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have provided relevant information about periods of residence, employment, study or volunteering outside the UK where requested;</w:t>
      </w:r>
    </w:p>
    <w:p w14:paraId="49737B44" w14:textId="6A619F9E" w:rsidR="008531B4" w:rsidRPr="001770BE" w:rsidRDefault="008531B4" w:rsidP="001770BE">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have answered the criminal record and safeguarding questions in accordance with the information I am legally required to disclose</w:t>
      </w:r>
      <w:r w:rsidRPr="001770BE">
        <w:rPr>
          <w:rFonts w:ascii="Aptos" w:hAnsi="Aptos"/>
          <w:sz w:val="22"/>
          <w:szCs w:val="22"/>
        </w:rPr>
        <w:t>;</w:t>
      </w:r>
    </w:p>
    <w:p w14:paraId="6E4CCE4B"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understand that Soteria Children’s Services Group Limited may verify the information provided and undertake appropriate recruitment and safeguarding checks;</w:t>
      </w:r>
    </w:p>
    <w:p w14:paraId="13931759"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authorise Soteria Children’s Services Group Limited to undertake appropriate reference, employment-history and suitability enquiries in accordance with the arrangements stated in this application;</w:t>
      </w:r>
    </w:p>
    <w:p w14:paraId="0CF36DCD"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will provide reasonable information and evidence required to complete the recruitment and safeguarding checks;</w:t>
      </w:r>
    </w:p>
    <w:p w14:paraId="71C81B59"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I will promptly inform Soteria Children’s Services Group Limited if any information relevant to my application or recruitment checks changes before I begin employment; and</w:t>
      </w:r>
    </w:p>
    <w:p w14:paraId="24CE2948" w14:textId="77777777" w:rsidR="008531B4" w:rsidRPr="00497F88" w:rsidRDefault="008531B4" w:rsidP="00497F88">
      <w:pPr>
        <w:pStyle w:val="NormalWeb"/>
        <w:numPr>
          <w:ilvl w:val="0"/>
          <w:numId w:val="21"/>
        </w:numPr>
        <w:spacing w:before="0" w:beforeAutospacing="0" w:after="0" w:afterAutospacing="0"/>
        <w:jc w:val="both"/>
        <w:rPr>
          <w:rFonts w:ascii="Aptos" w:hAnsi="Aptos"/>
          <w:sz w:val="22"/>
          <w:szCs w:val="22"/>
        </w:rPr>
      </w:pPr>
      <w:r w:rsidRPr="00497F88">
        <w:rPr>
          <w:rFonts w:ascii="Aptos" w:hAnsi="Aptos"/>
          <w:sz w:val="22"/>
          <w:szCs w:val="22"/>
        </w:rPr>
        <w:t xml:space="preserve">I understand that deliberately providing false or misleading </w:t>
      </w:r>
      <w:proofErr w:type="gramStart"/>
      <w:r w:rsidRPr="00497F88">
        <w:rPr>
          <w:rFonts w:ascii="Aptos" w:hAnsi="Aptos"/>
          <w:sz w:val="22"/>
          <w:szCs w:val="22"/>
        </w:rPr>
        <w:t>information, or</w:t>
      </w:r>
      <w:proofErr w:type="gramEnd"/>
      <w:r w:rsidRPr="00497F88">
        <w:rPr>
          <w:rFonts w:ascii="Aptos" w:hAnsi="Aptos"/>
          <w:sz w:val="22"/>
          <w:szCs w:val="22"/>
        </w:rPr>
        <w:t xml:space="preserve"> deliberately withholding relevant information that I am required to provide, may result in my application being rejected, an offer of employment being withdrawn or, if I have already been appointed, disciplinary action which may include dismissal.</w:t>
      </w:r>
    </w:p>
    <w:p w14:paraId="0FA76486" w14:textId="77777777" w:rsidR="003B577C" w:rsidRDefault="003B577C" w:rsidP="00497F88">
      <w:pPr>
        <w:pStyle w:val="NormalWeb"/>
        <w:spacing w:before="0" w:beforeAutospacing="0" w:after="0" w:afterAutospacing="0"/>
        <w:jc w:val="both"/>
        <w:rPr>
          <w:rStyle w:val="Strong"/>
          <w:rFonts w:ascii="Aptos" w:hAnsi="Aptos"/>
          <w:sz w:val="22"/>
          <w:szCs w:val="22"/>
        </w:rPr>
      </w:pPr>
    </w:p>
    <w:p w14:paraId="1412840E" w14:textId="71B6DF74" w:rsidR="008531B4" w:rsidRPr="00497F88" w:rsidRDefault="008531B4" w:rsidP="00497F88">
      <w:pPr>
        <w:pStyle w:val="NormalWeb"/>
        <w:spacing w:before="0" w:beforeAutospacing="0" w:after="0" w:afterAutospacing="0"/>
        <w:jc w:val="both"/>
        <w:rPr>
          <w:rFonts w:ascii="Aptos" w:hAnsi="Aptos"/>
          <w:sz w:val="22"/>
          <w:szCs w:val="22"/>
        </w:rPr>
      </w:pPr>
      <w:r w:rsidRPr="00497F88">
        <w:rPr>
          <w:rStyle w:val="Strong"/>
          <w:rFonts w:ascii="Aptos" w:hAnsi="Aptos"/>
          <w:sz w:val="22"/>
          <w:szCs w:val="22"/>
        </w:rPr>
        <w:t>I confirm that my signature below applies to the whole of this application form, including the criminal record and safeguarding declaration, and that the information I have provided is accurate to the best of my knowledge.</w:t>
      </w:r>
    </w:p>
    <w:p w14:paraId="2F4C3400" w14:textId="77777777" w:rsidR="003B577C" w:rsidRDefault="003B577C" w:rsidP="00497F88">
      <w:pPr>
        <w:pStyle w:val="NormalWeb"/>
        <w:spacing w:before="0" w:beforeAutospacing="0" w:after="0" w:afterAutospacing="0"/>
        <w:jc w:val="both"/>
        <w:rPr>
          <w:rStyle w:val="Strong"/>
          <w:rFonts w:ascii="Aptos" w:hAnsi="Aptos"/>
          <w:sz w:val="22"/>
          <w:szCs w:val="22"/>
        </w:rPr>
      </w:pPr>
    </w:p>
    <w:tbl>
      <w:tblPr>
        <w:tblStyle w:val="TableGrid"/>
        <w:tblW w:w="9864" w:type="dxa"/>
        <w:tblLook w:val="04A0" w:firstRow="1" w:lastRow="0" w:firstColumn="1" w:lastColumn="0" w:noHBand="0" w:noVBand="1"/>
      </w:tblPr>
      <w:tblGrid>
        <w:gridCol w:w="2511"/>
        <w:gridCol w:w="7353"/>
      </w:tblGrid>
      <w:tr w:rsidR="00B63DBE" w:rsidRPr="0092027F" w14:paraId="4BE77CB0" w14:textId="77777777" w:rsidTr="00F5749A">
        <w:trPr>
          <w:trHeight w:val="567"/>
        </w:trPr>
        <w:tc>
          <w:tcPr>
            <w:tcW w:w="2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DFB31E" w14:textId="6A6AE394" w:rsidR="00B63DBE" w:rsidRPr="0092027F" w:rsidRDefault="00B63DBE" w:rsidP="00F5749A">
            <w:pPr>
              <w:spacing w:after="0" w:line="240" w:lineRule="auto"/>
              <w:rPr>
                <w:rFonts w:ascii="Aptos" w:hAnsi="Aptos"/>
                <w:b/>
                <w:sz w:val="22"/>
                <w:lang w:val="en-GB"/>
              </w:rPr>
            </w:pPr>
            <w:r w:rsidRPr="00497F88">
              <w:rPr>
                <w:rStyle w:val="Strong"/>
                <w:rFonts w:ascii="Aptos" w:hAnsi="Aptos"/>
                <w:sz w:val="22"/>
              </w:rPr>
              <w:t>Applicant full name</w:t>
            </w:r>
            <w:r w:rsidRPr="0092027F">
              <w:rPr>
                <w:rFonts w:ascii="Aptos" w:hAnsi="Aptos"/>
                <w:b/>
                <w:sz w:val="22"/>
                <w:lang w:val="en-GB"/>
              </w:rPr>
              <w:t>:</w:t>
            </w:r>
          </w:p>
        </w:tc>
        <w:tc>
          <w:tcPr>
            <w:tcW w:w="7353" w:type="dxa"/>
            <w:tcBorders>
              <w:top w:val="single" w:sz="4" w:space="0" w:color="auto"/>
              <w:left w:val="single" w:sz="4" w:space="0" w:color="auto"/>
            </w:tcBorders>
            <w:vAlign w:val="center"/>
          </w:tcPr>
          <w:p w14:paraId="7CE72E48" w14:textId="77777777" w:rsidR="00B63DBE" w:rsidRPr="0092027F" w:rsidRDefault="00B63DBE" w:rsidP="00F5749A">
            <w:pPr>
              <w:spacing w:after="0" w:line="240" w:lineRule="auto"/>
              <w:rPr>
                <w:rFonts w:ascii="Aptos" w:hAnsi="Aptos"/>
                <w:bCs/>
                <w:sz w:val="20"/>
                <w:szCs w:val="20"/>
                <w:lang w:val="en-GB"/>
              </w:rPr>
            </w:pPr>
          </w:p>
        </w:tc>
      </w:tr>
      <w:tr w:rsidR="00B63DBE" w:rsidRPr="0092027F" w14:paraId="28334377" w14:textId="77777777" w:rsidTr="00BB6AAF">
        <w:trPr>
          <w:trHeight w:val="612"/>
        </w:trPr>
        <w:tc>
          <w:tcPr>
            <w:tcW w:w="2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A7416F" w14:textId="0981AA80" w:rsidR="00B63DBE" w:rsidRPr="0092027F" w:rsidRDefault="00B63DBE" w:rsidP="00F5749A">
            <w:pPr>
              <w:spacing w:after="0" w:line="240" w:lineRule="auto"/>
              <w:rPr>
                <w:rFonts w:ascii="Aptos" w:hAnsi="Aptos"/>
                <w:b/>
                <w:sz w:val="22"/>
                <w:lang w:val="en-GB"/>
              </w:rPr>
            </w:pPr>
            <w:r w:rsidRPr="00497F88">
              <w:rPr>
                <w:rStyle w:val="Strong"/>
                <w:rFonts w:ascii="Aptos" w:hAnsi="Aptos"/>
                <w:sz w:val="22"/>
              </w:rPr>
              <w:t>Signature</w:t>
            </w:r>
            <w:r w:rsidRPr="0092027F">
              <w:rPr>
                <w:rFonts w:ascii="Aptos" w:hAnsi="Aptos"/>
                <w:b/>
                <w:sz w:val="22"/>
                <w:lang w:val="en-GB"/>
              </w:rPr>
              <w:t>:</w:t>
            </w:r>
          </w:p>
        </w:tc>
        <w:tc>
          <w:tcPr>
            <w:tcW w:w="7353" w:type="dxa"/>
            <w:tcBorders>
              <w:left w:val="single" w:sz="4" w:space="0" w:color="auto"/>
            </w:tcBorders>
            <w:vAlign w:val="center"/>
          </w:tcPr>
          <w:p w14:paraId="4D85FC77" w14:textId="77777777" w:rsidR="00BB6AAF" w:rsidRPr="0092027F" w:rsidRDefault="00BB6AAF" w:rsidP="00F5749A">
            <w:pPr>
              <w:spacing w:after="0" w:line="240" w:lineRule="auto"/>
              <w:rPr>
                <w:rFonts w:ascii="Aptos" w:hAnsi="Aptos"/>
                <w:bCs/>
                <w:sz w:val="20"/>
                <w:szCs w:val="20"/>
                <w:lang w:val="en-GB"/>
              </w:rPr>
            </w:pPr>
          </w:p>
        </w:tc>
      </w:tr>
      <w:tr w:rsidR="00B63DBE" w:rsidRPr="0092027F" w14:paraId="1E8C89AA" w14:textId="77777777" w:rsidTr="00F5749A">
        <w:trPr>
          <w:trHeight w:val="567"/>
        </w:trPr>
        <w:tc>
          <w:tcPr>
            <w:tcW w:w="2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AFE4BA" w14:textId="540958FD" w:rsidR="00B63DBE" w:rsidRPr="0092027F" w:rsidRDefault="00B63DBE" w:rsidP="00F5749A">
            <w:pPr>
              <w:spacing w:after="0" w:line="240" w:lineRule="auto"/>
              <w:rPr>
                <w:rFonts w:ascii="Aptos" w:hAnsi="Aptos"/>
                <w:b/>
                <w:sz w:val="22"/>
                <w:lang w:val="en-GB"/>
              </w:rPr>
            </w:pPr>
            <w:r w:rsidRPr="00497F88">
              <w:rPr>
                <w:rStyle w:val="Strong"/>
                <w:rFonts w:ascii="Aptos" w:hAnsi="Aptos"/>
                <w:sz w:val="22"/>
              </w:rPr>
              <w:t>Date</w:t>
            </w:r>
            <w:r w:rsidRPr="0092027F">
              <w:rPr>
                <w:rFonts w:ascii="Aptos" w:hAnsi="Aptos"/>
                <w:b/>
                <w:sz w:val="22"/>
                <w:lang w:val="en-GB"/>
              </w:rPr>
              <w:t>:</w:t>
            </w:r>
          </w:p>
        </w:tc>
        <w:tc>
          <w:tcPr>
            <w:tcW w:w="7353" w:type="dxa"/>
            <w:tcBorders>
              <w:left w:val="single" w:sz="4" w:space="0" w:color="auto"/>
            </w:tcBorders>
            <w:vAlign w:val="center"/>
          </w:tcPr>
          <w:p w14:paraId="63E68BC2" w14:textId="77777777" w:rsidR="00B63DBE" w:rsidRPr="0092027F" w:rsidRDefault="00B63DBE" w:rsidP="00F5749A">
            <w:pPr>
              <w:spacing w:after="0" w:line="240" w:lineRule="auto"/>
              <w:rPr>
                <w:rFonts w:ascii="Aptos" w:hAnsi="Aptos"/>
                <w:bCs/>
                <w:sz w:val="20"/>
                <w:szCs w:val="20"/>
                <w:lang w:val="en-GB"/>
              </w:rPr>
            </w:pPr>
          </w:p>
        </w:tc>
      </w:tr>
    </w:tbl>
    <w:p w14:paraId="7535E9D1" w14:textId="7F8AE69A" w:rsidR="00BA691C" w:rsidRPr="00B63DBE" w:rsidRDefault="00BA691C" w:rsidP="0071698E">
      <w:pPr>
        <w:pStyle w:val="NormalWeb"/>
        <w:spacing w:before="120" w:beforeAutospacing="0" w:after="0" w:afterAutospacing="0"/>
        <w:jc w:val="both"/>
        <w:rPr>
          <w:rFonts w:ascii="Aptos" w:hAnsi="Aptos"/>
          <w:sz w:val="22"/>
          <w:szCs w:val="22"/>
        </w:rPr>
      </w:pPr>
    </w:p>
    <w:sectPr w:rsidR="00BA691C" w:rsidRPr="00B63DBE" w:rsidSect="0010246A">
      <w:headerReference w:type="default" r:id="rId9"/>
      <w:footerReference w:type="default" r:id="rId10"/>
      <w:headerReference w:type="first" r:id="rId11"/>
      <w:footerReference w:type="first" r:id="rId12"/>
      <w:pgSz w:w="11906" w:h="16838"/>
      <w:pgMar w:top="1134" w:right="1020" w:bottom="1020" w:left="1020"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8DACD4" w14:textId="77777777" w:rsidR="000425A7" w:rsidRDefault="000425A7">
      <w:pPr>
        <w:spacing w:after="0" w:line="240" w:lineRule="auto"/>
      </w:pPr>
      <w:r>
        <w:separator/>
      </w:r>
    </w:p>
  </w:endnote>
  <w:endnote w:type="continuationSeparator" w:id="0">
    <w:p w14:paraId="6D73DC36" w14:textId="77777777" w:rsidR="000425A7" w:rsidRDefault="0004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68A54" w14:textId="36304CD3" w:rsidR="00BA691C" w:rsidRPr="00E24A5F" w:rsidRDefault="00BA691C">
    <w:pPr>
      <w:pStyle w:val="Footer"/>
      <w:tabs>
        <w:tab w:val="left" w:pos="7767"/>
      </w:tabs>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29D3E" w14:textId="2404B7C9" w:rsidR="00BA691C" w:rsidRPr="00B67E87" w:rsidRDefault="00BA691C">
    <w:pPr>
      <w:pStyle w:val="Footer"/>
      <w:tabs>
        <w:tab w:val="left" w:pos="7767"/>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E8CE97" w14:textId="77777777" w:rsidR="000425A7" w:rsidRDefault="000425A7">
      <w:pPr>
        <w:spacing w:after="0" w:line="240" w:lineRule="auto"/>
      </w:pPr>
      <w:r>
        <w:separator/>
      </w:r>
    </w:p>
  </w:footnote>
  <w:footnote w:type="continuationSeparator" w:id="0">
    <w:p w14:paraId="0E03D9FB" w14:textId="77777777" w:rsidR="000425A7" w:rsidRDefault="00042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057083" w14:textId="77777777" w:rsidR="0010246A" w:rsidRDefault="0010246A" w:rsidP="0010246A">
    <w:r w:rsidRPr="007F06D7">
      <w:rPr>
        <w:rFonts w:cs="Arial"/>
        <w:noProof/>
      </w:rPr>
      <w:drawing>
        <wp:anchor distT="0" distB="0" distL="114300" distR="114300" simplePos="0" relativeHeight="251663360" behindDoc="1" locked="0" layoutInCell="1" allowOverlap="1" wp14:anchorId="21BA1F11" wp14:editId="7C46A1F8">
          <wp:simplePos x="0" y="0"/>
          <wp:positionH relativeFrom="column">
            <wp:posOffset>-224596</wp:posOffset>
          </wp:positionH>
          <wp:positionV relativeFrom="paragraph">
            <wp:posOffset>-695633</wp:posOffset>
          </wp:positionV>
          <wp:extent cx="8034020" cy="1158240"/>
          <wp:effectExtent l="25400" t="482600" r="43180" b="251460"/>
          <wp:wrapNone/>
          <wp:docPr id="1854559013" name="Picture 185455901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 rectangle&#10;&#10;Description automatically generated"/>
                  <pic:cNvPicPr/>
                </pic:nvPicPr>
                <pic:blipFill>
                  <a:blip r:embed="rId1" cstate="print">
                    <a:alphaModFix amt="50000"/>
                    <a:extLst>
                      <a:ext uri="{28A0092B-C50C-407E-A947-70E740481C1C}">
                        <a14:useLocalDpi xmlns:a14="http://schemas.microsoft.com/office/drawing/2010/main" val="0"/>
                      </a:ext>
                    </a:extLst>
                  </a:blip>
                  <a:stretch>
                    <a:fillRect/>
                  </a:stretch>
                </pic:blipFill>
                <pic:spPr>
                  <a:xfrm rot="11208162">
                    <a:off x="0" y="0"/>
                    <a:ext cx="8034020" cy="1158240"/>
                  </a:xfrm>
                  <a:prstGeom prst="rect">
                    <a:avLst/>
                  </a:prstGeom>
                </pic:spPr>
              </pic:pic>
            </a:graphicData>
          </a:graphic>
          <wp14:sizeRelH relativeFrom="page">
            <wp14:pctWidth>0</wp14:pctWidth>
          </wp14:sizeRelH>
          <wp14:sizeRelV relativeFrom="page">
            <wp14:pctHeight>0</wp14:pctHeight>
          </wp14:sizeRelV>
        </wp:anchor>
      </w:drawing>
    </w:r>
    <w:r w:rsidRPr="007F06D7">
      <w:rPr>
        <w:rFonts w:cs="Arial"/>
        <w:noProof/>
      </w:rPr>
      <w:drawing>
        <wp:anchor distT="0" distB="0" distL="114300" distR="114300" simplePos="0" relativeHeight="251662336" behindDoc="0" locked="0" layoutInCell="1" allowOverlap="1" wp14:anchorId="3CC09C48" wp14:editId="4438534B">
          <wp:simplePos x="0" y="0"/>
          <wp:positionH relativeFrom="column">
            <wp:posOffset>36830</wp:posOffset>
          </wp:positionH>
          <wp:positionV relativeFrom="paragraph">
            <wp:posOffset>-120015</wp:posOffset>
          </wp:positionV>
          <wp:extent cx="906145" cy="521970"/>
          <wp:effectExtent l="0" t="0" r="0" b="0"/>
          <wp:wrapSquare wrapText="bothSides"/>
          <wp:docPr id="545272754" name="Picture 54527275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6145" cy="521970"/>
                  </a:xfrm>
                  <a:prstGeom prst="rect">
                    <a:avLst/>
                  </a:prstGeom>
                </pic:spPr>
              </pic:pic>
            </a:graphicData>
          </a:graphic>
          <wp14:sizeRelH relativeFrom="page">
            <wp14:pctWidth>0</wp14:pctWidth>
          </wp14:sizeRelH>
          <wp14:sizeRelV relativeFrom="page">
            <wp14:pctHeight>0</wp14:pctHeight>
          </wp14:sizeRelV>
        </wp:anchor>
      </w:drawing>
    </w:r>
  </w:p>
  <w:p w14:paraId="741B8C18" w14:textId="360339D5" w:rsidR="00BA691C" w:rsidRPr="0010246A" w:rsidRDefault="00BA691C">
    <w:pPr>
      <w:spacing w:after="0"/>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858E6B" w14:textId="7176157D" w:rsidR="00BA691C" w:rsidRDefault="00B67E87">
    <w:r w:rsidRPr="007F06D7">
      <w:rPr>
        <w:rFonts w:cs="Arial"/>
        <w:noProof/>
      </w:rPr>
      <w:drawing>
        <wp:anchor distT="0" distB="0" distL="114300" distR="114300" simplePos="0" relativeHeight="251660288" behindDoc="1" locked="0" layoutInCell="1" allowOverlap="1" wp14:anchorId="7BEDF5BA" wp14:editId="118B8B15">
          <wp:simplePos x="0" y="0"/>
          <wp:positionH relativeFrom="column">
            <wp:posOffset>-224596</wp:posOffset>
          </wp:positionH>
          <wp:positionV relativeFrom="paragraph">
            <wp:posOffset>-695633</wp:posOffset>
          </wp:positionV>
          <wp:extent cx="8034020" cy="1158240"/>
          <wp:effectExtent l="25400" t="482600" r="43180" b="251460"/>
          <wp:wrapNone/>
          <wp:docPr id="5" name="Picture 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 rectangle&#10;&#10;Description automatically generated"/>
                  <pic:cNvPicPr/>
                </pic:nvPicPr>
                <pic:blipFill>
                  <a:blip r:embed="rId1" cstate="print">
                    <a:alphaModFix amt="50000"/>
                    <a:extLst>
                      <a:ext uri="{28A0092B-C50C-407E-A947-70E740481C1C}">
                        <a14:useLocalDpi xmlns:a14="http://schemas.microsoft.com/office/drawing/2010/main" val="0"/>
                      </a:ext>
                    </a:extLst>
                  </a:blip>
                  <a:stretch>
                    <a:fillRect/>
                  </a:stretch>
                </pic:blipFill>
                <pic:spPr>
                  <a:xfrm rot="11208162">
                    <a:off x="0" y="0"/>
                    <a:ext cx="8034020" cy="1158240"/>
                  </a:xfrm>
                  <a:prstGeom prst="rect">
                    <a:avLst/>
                  </a:prstGeom>
                </pic:spPr>
              </pic:pic>
            </a:graphicData>
          </a:graphic>
          <wp14:sizeRelH relativeFrom="page">
            <wp14:pctWidth>0</wp14:pctWidth>
          </wp14:sizeRelH>
          <wp14:sizeRelV relativeFrom="page">
            <wp14:pctHeight>0</wp14:pctHeight>
          </wp14:sizeRelV>
        </wp:anchor>
      </w:drawing>
    </w:r>
    <w:r w:rsidRPr="007F06D7">
      <w:rPr>
        <w:rFonts w:cs="Arial"/>
        <w:noProof/>
      </w:rPr>
      <w:drawing>
        <wp:anchor distT="0" distB="0" distL="114300" distR="114300" simplePos="0" relativeHeight="251659264" behindDoc="0" locked="0" layoutInCell="1" allowOverlap="1" wp14:anchorId="08BFCB21" wp14:editId="3C599DE3">
          <wp:simplePos x="0" y="0"/>
          <wp:positionH relativeFrom="column">
            <wp:posOffset>36830</wp:posOffset>
          </wp:positionH>
          <wp:positionV relativeFrom="paragraph">
            <wp:posOffset>-120015</wp:posOffset>
          </wp:positionV>
          <wp:extent cx="906145" cy="521970"/>
          <wp:effectExtent l="0" t="0" r="0" b="0"/>
          <wp:wrapSquare wrapText="bothSides"/>
          <wp:docPr id="6"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6145" cy="5219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E20773"/>
    <w:multiLevelType w:val="multilevel"/>
    <w:tmpl w:val="E9EA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C3084D"/>
    <w:multiLevelType w:val="multilevel"/>
    <w:tmpl w:val="6312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EA3801"/>
    <w:multiLevelType w:val="multilevel"/>
    <w:tmpl w:val="849A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565CF"/>
    <w:multiLevelType w:val="multilevel"/>
    <w:tmpl w:val="0DF2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AF4F95"/>
    <w:multiLevelType w:val="multilevel"/>
    <w:tmpl w:val="909A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8756F"/>
    <w:multiLevelType w:val="multilevel"/>
    <w:tmpl w:val="DE8C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4C23EE"/>
    <w:multiLevelType w:val="hybridMultilevel"/>
    <w:tmpl w:val="6DFA87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39420F1"/>
    <w:multiLevelType w:val="multilevel"/>
    <w:tmpl w:val="FF72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E95719"/>
    <w:multiLevelType w:val="multilevel"/>
    <w:tmpl w:val="65A0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924DB5"/>
    <w:multiLevelType w:val="multilevel"/>
    <w:tmpl w:val="BB60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0146DE"/>
    <w:multiLevelType w:val="multilevel"/>
    <w:tmpl w:val="CF34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993CC2"/>
    <w:multiLevelType w:val="multilevel"/>
    <w:tmpl w:val="463C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266690">
    <w:abstractNumId w:val="8"/>
  </w:num>
  <w:num w:numId="2" w16cid:durableId="600727621">
    <w:abstractNumId w:val="6"/>
  </w:num>
  <w:num w:numId="3" w16cid:durableId="479005532">
    <w:abstractNumId w:val="5"/>
  </w:num>
  <w:num w:numId="4" w16cid:durableId="451098072">
    <w:abstractNumId w:val="4"/>
  </w:num>
  <w:num w:numId="5" w16cid:durableId="672951892">
    <w:abstractNumId w:val="7"/>
  </w:num>
  <w:num w:numId="6" w16cid:durableId="510334142">
    <w:abstractNumId w:val="3"/>
  </w:num>
  <w:num w:numId="7" w16cid:durableId="565994578">
    <w:abstractNumId w:val="2"/>
  </w:num>
  <w:num w:numId="8" w16cid:durableId="1545483716">
    <w:abstractNumId w:val="1"/>
  </w:num>
  <w:num w:numId="9" w16cid:durableId="1818035465">
    <w:abstractNumId w:val="0"/>
  </w:num>
  <w:num w:numId="10" w16cid:durableId="121118042">
    <w:abstractNumId w:val="15"/>
  </w:num>
  <w:num w:numId="11" w16cid:durableId="1254129075">
    <w:abstractNumId w:val="16"/>
  </w:num>
  <w:num w:numId="12" w16cid:durableId="276572882">
    <w:abstractNumId w:val="19"/>
  </w:num>
  <w:num w:numId="13" w16cid:durableId="713189787">
    <w:abstractNumId w:val="20"/>
  </w:num>
  <w:num w:numId="14" w16cid:durableId="601110402">
    <w:abstractNumId w:val="13"/>
  </w:num>
  <w:num w:numId="15" w16cid:durableId="167671724">
    <w:abstractNumId w:val="9"/>
  </w:num>
  <w:num w:numId="16" w16cid:durableId="1247110735">
    <w:abstractNumId w:val="18"/>
  </w:num>
  <w:num w:numId="17" w16cid:durableId="1043599730">
    <w:abstractNumId w:val="11"/>
  </w:num>
  <w:num w:numId="18" w16cid:durableId="130025854">
    <w:abstractNumId w:val="14"/>
  </w:num>
  <w:num w:numId="19" w16cid:durableId="1744719169">
    <w:abstractNumId w:val="17"/>
  </w:num>
  <w:num w:numId="20" w16cid:durableId="1371149461">
    <w:abstractNumId w:val="10"/>
  </w:num>
  <w:num w:numId="21" w16cid:durableId="205758196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ECB"/>
    <w:rsid w:val="000049A6"/>
    <w:rsid w:val="000311C6"/>
    <w:rsid w:val="00032160"/>
    <w:rsid w:val="00033612"/>
    <w:rsid w:val="00034616"/>
    <w:rsid w:val="000347E7"/>
    <w:rsid w:val="00035C87"/>
    <w:rsid w:val="000425A7"/>
    <w:rsid w:val="000564B5"/>
    <w:rsid w:val="0006063C"/>
    <w:rsid w:val="0006446D"/>
    <w:rsid w:val="000774D1"/>
    <w:rsid w:val="00083C2D"/>
    <w:rsid w:val="00095AAC"/>
    <w:rsid w:val="000B7549"/>
    <w:rsid w:val="000C31B6"/>
    <w:rsid w:val="000D5E04"/>
    <w:rsid w:val="000E14EA"/>
    <w:rsid w:val="000E1CD0"/>
    <w:rsid w:val="000E288D"/>
    <w:rsid w:val="000E40E2"/>
    <w:rsid w:val="000E7BD5"/>
    <w:rsid w:val="0010246A"/>
    <w:rsid w:val="00121F31"/>
    <w:rsid w:val="001225A2"/>
    <w:rsid w:val="00130A25"/>
    <w:rsid w:val="001323B8"/>
    <w:rsid w:val="001419B7"/>
    <w:rsid w:val="0015074B"/>
    <w:rsid w:val="00150757"/>
    <w:rsid w:val="0016119B"/>
    <w:rsid w:val="00162130"/>
    <w:rsid w:val="001770BE"/>
    <w:rsid w:val="00182F92"/>
    <w:rsid w:val="00187650"/>
    <w:rsid w:val="001916C7"/>
    <w:rsid w:val="001B1291"/>
    <w:rsid w:val="001B4F3E"/>
    <w:rsid w:val="001C1A07"/>
    <w:rsid w:val="001D6469"/>
    <w:rsid w:val="001E7AA8"/>
    <w:rsid w:val="00206192"/>
    <w:rsid w:val="00224321"/>
    <w:rsid w:val="00225DB3"/>
    <w:rsid w:val="00231C63"/>
    <w:rsid w:val="00236AE3"/>
    <w:rsid w:val="0024528F"/>
    <w:rsid w:val="002601AF"/>
    <w:rsid w:val="00263C8F"/>
    <w:rsid w:val="00273B44"/>
    <w:rsid w:val="00293304"/>
    <w:rsid w:val="0029562B"/>
    <w:rsid w:val="0029639D"/>
    <w:rsid w:val="002A6E12"/>
    <w:rsid w:val="002B4777"/>
    <w:rsid w:val="002D0971"/>
    <w:rsid w:val="002F5D18"/>
    <w:rsid w:val="003015E2"/>
    <w:rsid w:val="003018E6"/>
    <w:rsid w:val="003062D0"/>
    <w:rsid w:val="00307B92"/>
    <w:rsid w:val="00325433"/>
    <w:rsid w:val="00326F90"/>
    <w:rsid w:val="0034320D"/>
    <w:rsid w:val="00344161"/>
    <w:rsid w:val="00352606"/>
    <w:rsid w:val="003549D9"/>
    <w:rsid w:val="00375E41"/>
    <w:rsid w:val="0038133F"/>
    <w:rsid w:val="0038685F"/>
    <w:rsid w:val="003924BE"/>
    <w:rsid w:val="00393022"/>
    <w:rsid w:val="003979A0"/>
    <w:rsid w:val="003B18EA"/>
    <w:rsid w:val="003B22C3"/>
    <w:rsid w:val="003B577C"/>
    <w:rsid w:val="003D572C"/>
    <w:rsid w:val="003F50D5"/>
    <w:rsid w:val="00432AD3"/>
    <w:rsid w:val="004430B1"/>
    <w:rsid w:val="00467BC2"/>
    <w:rsid w:val="00496940"/>
    <w:rsid w:val="00497F88"/>
    <w:rsid w:val="004A7BB7"/>
    <w:rsid w:val="004B554B"/>
    <w:rsid w:val="004B6DA7"/>
    <w:rsid w:val="004C2A24"/>
    <w:rsid w:val="004C6BCA"/>
    <w:rsid w:val="004D32E7"/>
    <w:rsid w:val="004F69B3"/>
    <w:rsid w:val="0050124D"/>
    <w:rsid w:val="0051232D"/>
    <w:rsid w:val="00527383"/>
    <w:rsid w:val="005306F9"/>
    <w:rsid w:val="00542E3B"/>
    <w:rsid w:val="00545A14"/>
    <w:rsid w:val="00550823"/>
    <w:rsid w:val="00575971"/>
    <w:rsid w:val="00576BE6"/>
    <w:rsid w:val="00583FAD"/>
    <w:rsid w:val="00597043"/>
    <w:rsid w:val="0059779D"/>
    <w:rsid w:val="005A1D50"/>
    <w:rsid w:val="005C6CCC"/>
    <w:rsid w:val="005D0649"/>
    <w:rsid w:val="005D7DB8"/>
    <w:rsid w:val="005E4764"/>
    <w:rsid w:val="005E66F3"/>
    <w:rsid w:val="005E7807"/>
    <w:rsid w:val="00604C58"/>
    <w:rsid w:val="006067FA"/>
    <w:rsid w:val="00620BB3"/>
    <w:rsid w:val="00621A65"/>
    <w:rsid w:val="0062446B"/>
    <w:rsid w:val="00631369"/>
    <w:rsid w:val="006372AF"/>
    <w:rsid w:val="00643E28"/>
    <w:rsid w:val="00650D9A"/>
    <w:rsid w:val="006919D1"/>
    <w:rsid w:val="00693C1E"/>
    <w:rsid w:val="00694251"/>
    <w:rsid w:val="00694712"/>
    <w:rsid w:val="006B01EA"/>
    <w:rsid w:val="006B1BBA"/>
    <w:rsid w:val="006B4023"/>
    <w:rsid w:val="006C23A5"/>
    <w:rsid w:val="006C2BD7"/>
    <w:rsid w:val="006D58C9"/>
    <w:rsid w:val="00700E55"/>
    <w:rsid w:val="00711841"/>
    <w:rsid w:val="007124E0"/>
    <w:rsid w:val="007165A8"/>
    <w:rsid w:val="0071698E"/>
    <w:rsid w:val="0071699A"/>
    <w:rsid w:val="00721FAF"/>
    <w:rsid w:val="00722F84"/>
    <w:rsid w:val="00736B2A"/>
    <w:rsid w:val="007425FE"/>
    <w:rsid w:val="007C4791"/>
    <w:rsid w:val="007C67ED"/>
    <w:rsid w:val="007D54B3"/>
    <w:rsid w:val="007E2C3B"/>
    <w:rsid w:val="007F1613"/>
    <w:rsid w:val="007F2B10"/>
    <w:rsid w:val="00804F6D"/>
    <w:rsid w:val="00823F84"/>
    <w:rsid w:val="00826379"/>
    <w:rsid w:val="008531B4"/>
    <w:rsid w:val="00854CFC"/>
    <w:rsid w:val="00870ECB"/>
    <w:rsid w:val="008764C3"/>
    <w:rsid w:val="00881299"/>
    <w:rsid w:val="008820EA"/>
    <w:rsid w:val="00892382"/>
    <w:rsid w:val="00895690"/>
    <w:rsid w:val="0089651E"/>
    <w:rsid w:val="008967A9"/>
    <w:rsid w:val="008975DE"/>
    <w:rsid w:val="008A4022"/>
    <w:rsid w:val="008A43D3"/>
    <w:rsid w:val="008A470B"/>
    <w:rsid w:val="008A512A"/>
    <w:rsid w:val="008B1244"/>
    <w:rsid w:val="008C067F"/>
    <w:rsid w:val="008D5F2D"/>
    <w:rsid w:val="008E3C9C"/>
    <w:rsid w:val="008E62BC"/>
    <w:rsid w:val="008F5E04"/>
    <w:rsid w:val="0091417C"/>
    <w:rsid w:val="0092027F"/>
    <w:rsid w:val="00920823"/>
    <w:rsid w:val="009270A2"/>
    <w:rsid w:val="00931428"/>
    <w:rsid w:val="00943124"/>
    <w:rsid w:val="0094326E"/>
    <w:rsid w:val="00944349"/>
    <w:rsid w:val="00972AB4"/>
    <w:rsid w:val="00983F23"/>
    <w:rsid w:val="009A5470"/>
    <w:rsid w:val="009A591B"/>
    <w:rsid w:val="009B470A"/>
    <w:rsid w:val="009C00B5"/>
    <w:rsid w:val="009C6F3C"/>
    <w:rsid w:val="009C7F89"/>
    <w:rsid w:val="009D4E7E"/>
    <w:rsid w:val="009D6B72"/>
    <w:rsid w:val="009E579D"/>
    <w:rsid w:val="009E58A7"/>
    <w:rsid w:val="009E6D5A"/>
    <w:rsid w:val="009F1E3C"/>
    <w:rsid w:val="00A02DC3"/>
    <w:rsid w:val="00A07A12"/>
    <w:rsid w:val="00A14E9F"/>
    <w:rsid w:val="00A2568D"/>
    <w:rsid w:val="00A3000E"/>
    <w:rsid w:val="00A34CB2"/>
    <w:rsid w:val="00A57D8F"/>
    <w:rsid w:val="00A600B6"/>
    <w:rsid w:val="00A621ED"/>
    <w:rsid w:val="00A8003B"/>
    <w:rsid w:val="00A83570"/>
    <w:rsid w:val="00A8498D"/>
    <w:rsid w:val="00A95AB5"/>
    <w:rsid w:val="00AA1D8D"/>
    <w:rsid w:val="00AD217F"/>
    <w:rsid w:val="00B03EA4"/>
    <w:rsid w:val="00B06423"/>
    <w:rsid w:val="00B14969"/>
    <w:rsid w:val="00B16217"/>
    <w:rsid w:val="00B3086A"/>
    <w:rsid w:val="00B37FF7"/>
    <w:rsid w:val="00B4765F"/>
    <w:rsid w:val="00B47730"/>
    <w:rsid w:val="00B60542"/>
    <w:rsid w:val="00B63DBE"/>
    <w:rsid w:val="00B67E87"/>
    <w:rsid w:val="00B7586B"/>
    <w:rsid w:val="00BA2FC3"/>
    <w:rsid w:val="00BA691C"/>
    <w:rsid w:val="00BB6AAF"/>
    <w:rsid w:val="00BC4C31"/>
    <w:rsid w:val="00BE1BF3"/>
    <w:rsid w:val="00BF5DDD"/>
    <w:rsid w:val="00C056F2"/>
    <w:rsid w:val="00C10DD1"/>
    <w:rsid w:val="00C17E35"/>
    <w:rsid w:val="00C46E16"/>
    <w:rsid w:val="00C5155D"/>
    <w:rsid w:val="00C5408F"/>
    <w:rsid w:val="00C55490"/>
    <w:rsid w:val="00C60E57"/>
    <w:rsid w:val="00C6476E"/>
    <w:rsid w:val="00C66FE2"/>
    <w:rsid w:val="00C75765"/>
    <w:rsid w:val="00C8371E"/>
    <w:rsid w:val="00C84BCC"/>
    <w:rsid w:val="00C90B9C"/>
    <w:rsid w:val="00CA26CD"/>
    <w:rsid w:val="00CA702A"/>
    <w:rsid w:val="00CB0664"/>
    <w:rsid w:val="00CB09FF"/>
    <w:rsid w:val="00CC0E62"/>
    <w:rsid w:val="00CC1018"/>
    <w:rsid w:val="00CD0D30"/>
    <w:rsid w:val="00CF0EEA"/>
    <w:rsid w:val="00CF6650"/>
    <w:rsid w:val="00D00C4A"/>
    <w:rsid w:val="00D16EAB"/>
    <w:rsid w:val="00D17FB5"/>
    <w:rsid w:val="00D23CDD"/>
    <w:rsid w:val="00D25723"/>
    <w:rsid w:val="00D32037"/>
    <w:rsid w:val="00D42B51"/>
    <w:rsid w:val="00D464A7"/>
    <w:rsid w:val="00D60EA6"/>
    <w:rsid w:val="00D64F94"/>
    <w:rsid w:val="00D8354F"/>
    <w:rsid w:val="00D9214C"/>
    <w:rsid w:val="00DC0202"/>
    <w:rsid w:val="00DC5CEF"/>
    <w:rsid w:val="00DD0E23"/>
    <w:rsid w:val="00E05BFF"/>
    <w:rsid w:val="00E11CB7"/>
    <w:rsid w:val="00E203AF"/>
    <w:rsid w:val="00E23603"/>
    <w:rsid w:val="00E24A5F"/>
    <w:rsid w:val="00E26C06"/>
    <w:rsid w:val="00E3764A"/>
    <w:rsid w:val="00E505D5"/>
    <w:rsid w:val="00E52A86"/>
    <w:rsid w:val="00E66D51"/>
    <w:rsid w:val="00E72EE1"/>
    <w:rsid w:val="00E95768"/>
    <w:rsid w:val="00EA3FDD"/>
    <w:rsid w:val="00EA5BD6"/>
    <w:rsid w:val="00EA619A"/>
    <w:rsid w:val="00EA7E5B"/>
    <w:rsid w:val="00EC1B62"/>
    <w:rsid w:val="00ED05AD"/>
    <w:rsid w:val="00EE5DFD"/>
    <w:rsid w:val="00EF7580"/>
    <w:rsid w:val="00EF7F39"/>
    <w:rsid w:val="00F10428"/>
    <w:rsid w:val="00F216EF"/>
    <w:rsid w:val="00F2722D"/>
    <w:rsid w:val="00F35CC6"/>
    <w:rsid w:val="00F471F0"/>
    <w:rsid w:val="00F50958"/>
    <w:rsid w:val="00F765F4"/>
    <w:rsid w:val="00F84C9F"/>
    <w:rsid w:val="00FB4067"/>
    <w:rsid w:val="00FC693F"/>
    <w:rsid w:val="00FE5E5B"/>
    <w:rsid w:val="00FF1758"/>
    <w:rsid w:val="00FF4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BBBB7"/>
  <w14:defaultImageDpi w14:val="300"/>
  <w15:docId w15:val="{A62E462C-C902-6A45-96CD-EDE988B9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580"/>
    <w:pPr>
      <w:spacing w:after="100" w:line="252"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A1D50"/>
    <w:pPr>
      <w:spacing w:before="100" w:beforeAutospacing="1" w:afterAutospacing="1" w:line="240" w:lineRule="auto"/>
    </w:pPr>
    <w:rPr>
      <w:rFonts w:ascii="Times New Roman" w:eastAsia="Times New Roman" w:hAnsi="Times New Roman" w:cs="Times New Roman"/>
      <w:color w:val="auto"/>
      <w:sz w:val="24"/>
      <w:szCs w:val="24"/>
      <w:lang w:val="en-GB" w:eastAsia="en-GB"/>
    </w:rPr>
  </w:style>
  <w:style w:type="character" w:styleId="Hyperlink">
    <w:name w:val="Hyperlink"/>
    <w:basedOn w:val="DefaultParagraphFont"/>
    <w:uiPriority w:val="99"/>
    <w:semiHidden/>
    <w:unhideWhenUsed/>
    <w:rsid w:val="002F5D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ggins@soteriagroup.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10</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Soteria job application form and safer recruitment declaration</vt:lpstr>
    </vt:vector>
  </TitlesOfParts>
  <Manager/>
  <Company/>
  <LinksUpToDate>false</LinksUpToDate>
  <CharactersWithSpaces>10871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Soteria job application form and safer recruitment declaration</dc:title>
  <dc:subject>Children’s home recruitment in England</dc:subject>
  <dc:creator>Soteria Children’s Services Group Limited</dc:creator>
  <cp:keywords>application; safer recruitment; children’s homes</cp:keywords>
  <dc:description/>
  <cp:lastModifiedBy>Kieren Douglas</cp:lastModifiedBy>
  <cp:revision>298</cp:revision>
  <dcterms:created xsi:type="dcterms:W3CDTF">2026-10-05T10:50:00Z</dcterms:created>
  <dcterms:modified xsi:type="dcterms:W3CDTF">2026-10-06T13:31:00Z</dcterms:modified>
  <cp:category/>
</cp:coreProperties>
</file>